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2149B" w14:textId="275EA6B5" w:rsidR="002E6F0F" w:rsidRPr="00B55A92" w:rsidRDefault="00000000">
      <w:pPr>
        <w:spacing w:after="80"/>
        <w:jc w:val="right"/>
        <w:rPr>
          <w:rFonts w:ascii="Clara Sans" w:hAnsi="Clara Sans"/>
        </w:rPr>
      </w:pPr>
      <w:r w:rsidRPr="00B55A92">
        <w:rPr>
          <w:rFonts w:ascii="Clara Sans" w:hAnsi="Clara Sans"/>
          <w:i/>
        </w:rPr>
        <w:t xml:space="preserve">Annex 5 to Dean’s </w:t>
      </w:r>
      <w:r w:rsidR="00020D4A">
        <w:rPr>
          <w:rFonts w:ascii="Clara Sans" w:hAnsi="Clara Sans"/>
          <w:i/>
        </w:rPr>
        <w:t>Measure</w:t>
      </w:r>
      <w:r w:rsidRPr="00B55A92">
        <w:rPr>
          <w:rFonts w:ascii="Clara Sans" w:hAnsi="Clara Sans"/>
          <w:i/>
        </w:rPr>
        <w:t xml:space="preserve"> D137</w:t>
      </w:r>
    </w:p>
    <w:p w14:paraId="2558ED08" w14:textId="4E33A736" w:rsidR="00B55A92" w:rsidRPr="00B55A92" w:rsidRDefault="00000000" w:rsidP="00B55A92">
      <w:pPr>
        <w:spacing w:after="100"/>
        <w:jc w:val="center"/>
        <w:rPr>
          <w:rFonts w:ascii="Clara Sans" w:hAnsi="Clara Sans"/>
          <w:b/>
          <w:sz w:val="28"/>
        </w:rPr>
      </w:pPr>
      <w:r w:rsidRPr="00B55A92">
        <w:rPr>
          <w:rFonts w:ascii="Clara Sans" w:hAnsi="Clara Sans"/>
          <w:b/>
          <w:sz w:val="28"/>
        </w:rPr>
        <w:t>APPLICATION FOR A ONE-OFF EXTRAORDINARY SCHOLARSHIP FOR SUCCESSFUL DEFENCE OF THE DISSERTATION</w:t>
      </w:r>
    </w:p>
    <w:p w14:paraId="7F4B30C1" w14:textId="77777777" w:rsidR="002E6F0F" w:rsidRDefault="00000000">
      <w:pPr>
        <w:spacing w:after="100"/>
        <w:rPr>
          <w:rFonts w:ascii="Clara Sans" w:hAnsi="Clara Sans"/>
        </w:rPr>
      </w:pPr>
      <w:r w:rsidRPr="00B55A92">
        <w:rPr>
          <w:rFonts w:ascii="Clara Sans" w:hAnsi="Clara Sans"/>
        </w:rPr>
        <w:t>Following the successful defence of the dissertation, the student shall submit the completed form electronically through IS STAG to the FSc USB Study Department. All students enrolled in doctoral degree programmes provided by FSc USB may apply, irrespective of the date of their first enrolment.</w:t>
      </w:r>
    </w:p>
    <w:p w14:paraId="33C00163" w14:textId="77777777" w:rsidR="00B55A92" w:rsidRPr="00B55A92" w:rsidRDefault="00B55A92">
      <w:pPr>
        <w:spacing w:after="100"/>
        <w:rPr>
          <w:rFonts w:ascii="Clara Sans" w:hAnsi="Clara Sans"/>
        </w:rPr>
      </w:pPr>
    </w:p>
    <w:p w14:paraId="029A65C3" w14:textId="77777777" w:rsidR="002E6F0F" w:rsidRPr="00B55A92" w:rsidRDefault="00000000">
      <w:pPr>
        <w:keepNext/>
        <w:spacing w:before="40" w:after="40"/>
        <w:rPr>
          <w:rFonts w:ascii="Clara Sans" w:hAnsi="Clara Sans"/>
        </w:rPr>
      </w:pPr>
      <w:r w:rsidRPr="00B55A92">
        <w:rPr>
          <w:rFonts w:ascii="Clara Sans" w:hAnsi="Clara Sans"/>
          <w:b/>
          <w:sz w:val="23"/>
        </w:rPr>
        <w:t>STUDENT AND STUDY DETAILS</w:t>
      </w:r>
    </w:p>
    <w:tbl>
      <w:tblPr>
        <w:tblStyle w:val="Mkatabulky"/>
        <w:tblW w:w="0" w:type="auto"/>
        <w:jc w:val="center"/>
        <w:tblLayout w:type="fixed"/>
        <w:tblLook w:val="04A0" w:firstRow="1" w:lastRow="0" w:firstColumn="1" w:lastColumn="0" w:noHBand="0" w:noVBand="1"/>
      </w:tblPr>
      <w:tblGrid>
        <w:gridCol w:w="3402"/>
        <w:gridCol w:w="5669"/>
      </w:tblGrid>
      <w:tr w:rsidR="002E6F0F" w:rsidRPr="00B55A92" w14:paraId="6BE94B8C" w14:textId="77777777">
        <w:trPr>
          <w:trHeight w:val="386"/>
          <w:jc w:val="center"/>
        </w:trPr>
        <w:tc>
          <w:tcPr>
            <w:tcW w:w="3402" w:type="dxa"/>
            <w:shd w:val="clear" w:color="auto" w:fill="D9E2F3"/>
            <w:tcMar>
              <w:top w:w="90" w:type="dxa"/>
              <w:left w:w="100" w:type="dxa"/>
              <w:bottom w:w="90" w:type="dxa"/>
              <w:right w:w="100" w:type="dxa"/>
            </w:tcMar>
            <w:vAlign w:val="center"/>
          </w:tcPr>
          <w:p w14:paraId="783E90E0" w14:textId="77777777" w:rsidR="002E6F0F" w:rsidRPr="00B55A92" w:rsidRDefault="00000000">
            <w:pPr>
              <w:rPr>
                <w:rFonts w:ascii="Clara Sans" w:hAnsi="Clara Sans"/>
              </w:rPr>
            </w:pPr>
            <w:r w:rsidRPr="00B55A92">
              <w:rPr>
                <w:rFonts w:ascii="Clara Sans" w:hAnsi="Clara Sans"/>
                <w:b/>
              </w:rPr>
              <w:t>Student’s full name</w:t>
            </w:r>
          </w:p>
        </w:tc>
        <w:tc>
          <w:tcPr>
            <w:tcW w:w="5669" w:type="dxa"/>
            <w:tcMar>
              <w:top w:w="90" w:type="dxa"/>
              <w:left w:w="100" w:type="dxa"/>
              <w:bottom w:w="90" w:type="dxa"/>
              <w:right w:w="100" w:type="dxa"/>
            </w:tcMar>
            <w:vAlign w:val="center"/>
          </w:tcPr>
          <w:p w14:paraId="1348D392" w14:textId="77777777" w:rsidR="002E6F0F" w:rsidRPr="00B55A92" w:rsidRDefault="002E6F0F">
            <w:pPr>
              <w:rPr>
                <w:rFonts w:ascii="Clara Sans" w:hAnsi="Clara Sans"/>
              </w:rPr>
            </w:pPr>
          </w:p>
        </w:tc>
      </w:tr>
      <w:tr w:rsidR="002E6F0F" w:rsidRPr="00B55A92" w14:paraId="27D190A6" w14:textId="77777777">
        <w:trPr>
          <w:trHeight w:val="386"/>
          <w:jc w:val="center"/>
        </w:trPr>
        <w:tc>
          <w:tcPr>
            <w:tcW w:w="3402" w:type="dxa"/>
            <w:shd w:val="clear" w:color="auto" w:fill="D9E2F3"/>
            <w:tcMar>
              <w:top w:w="90" w:type="dxa"/>
              <w:left w:w="100" w:type="dxa"/>
              <w:bottom w:w="90" w:type="dxa"/>
              <w:right w:w="100" w:type="dxa"/>
            </w:tcMar>
            <w:vAlign w:val="center"/>
          </w:tcPr>
          <w:p w14:paraId="70042CF2" w14:textId="77777777" w:rsidR="002E6F0F" w:rsidRPr="00B55A92" w:rsidRDefault="00000000">
            <w:pPr>
              <w:rPr>
                <w:rFonts w:ascii="Clara Sans" w:hAnsi="Clara Sans"/>
              </w:rPr>
            </w:pPr>
            <w:r w:rsidRPr="00B55A92">
              <w:rPr>
                <w:rFonts w:ascii="Clara Sans" w:hAnsi="Clara Sans"/>
                <w:b/>
              </w:rPr>
              <w:t>Student ID number</w:t>
            </w:r>
          </w:p>
        </w:tc>
        <w:tc>
          <w:tcPr>
            <w:tcW w:w="5669" w:type="dxa"/>
            <w:tcMar>
              <w:top w:w="90" w:type="dxa"/>
              <w:left w:w="100" w:type="dxa"/>
              <w:bottom w:w="90" w:type="dxa"/>
              <w:right w:w="100" w:type="dxa"/>
            </w:tcMar>
            <w:vAlign w:val="center"/>
          </w:tcPr>
          <w:p w14:paraId="6B3D401D" w14:textId="77777777" w:rsidR="002E6F0F" w:rsidRPr="00B55A92" w:rsidRDefault="002E6F0F">
            <w:pPr>
              <w:rPr>
                <w:rFonts w:ascii="Clara Sans" w:hAnsi="Clara Sans"/>
              </w:rPr>
            </w:pPr>
          </w:p>
        </w:tc>
      </w:tr>
      <w:tr w:rsidR="002E6F0F" w:rsidRPr="00B55A92" w14:paraId="26747349" w14:textId="77777777">
        <w:trPr>
          <w:trHeight w:val="386"/>
          <w:jc w:val="center"/>
        </w:trPr>
        <w:tc>
          <w:tcPr>
            <w:tcW w:w="3402" w:type="dxa"/>
            <w:shd w:val="clear" w:color="auto" w:fill="D9E2F3"/>
            <w:tcMar>
              <w:top w:w="90" w:type="dxa"/>
              <w:left w:w="100" w:type="dxa"/>
              <w:bottom w:w="90" w:type="dxa"/>
              <w:right w:w="100" w:type="dxa"/>
            </w:tcMar>
            <w:vAlign w:val="center"/>
          </w:tcPr>
          <w:p w14:paraId="2DA6EA60" w14:textId="77777777" w:rsidR="002E6F0F" w:rsidRPr="00B55A92" w:rsidRDefault="00000000">
            <w:pPr>
              <w:rPr>
                <w:rFonts w:ascii="Clara Sans" w:hAnsi="Clara Sans"/>
              </w:rPr>
            </w:pPr>
            <w:r w:rsidRPr="00B55A92">
              <w:rPr>
                <w:rFonts w:ascii="Clara Sans" w:hAnsi="Clara Sans"/>
                <w:b/>
              </w:rPr>
              <w:t>Doctoral study programme</w:t>
            </w:r>
          </w:p>
        </w:tc>
        <w:tc>
          <w:tcPr>
            <w:tcW w:w="5669" w:type="dxa"/>
            <w:tcMar>
              <w:top w:w="90" w:type="dxa"/>
              <w:left w:w="100" w:type="dxa"/>
              <w:bottom w:w="90" w:type="dxa"/>
              <w:right w:w="100" w:type="dxa"/>
            </w:tcMar>
            <w:vAlign w:val="center"/>
          </w:tcPr>
          <w:p w14:paraId="777A35F2" w14:textId="77777777" w:rsidR="002E6F0F" w:rsidRPr="00B55A92" w:rsidRDefault="002E6F0F">
            <w:pPr>
              <w:rPr>
                <w:rFonts w:ascii="Clara Sans" w:hAnsi="Clara Sans"/>
              </w:rPr>
            </w:pPr>
          </w:p>
        </w:tc>
      </w:tr>
      <w:tr w:rsidR="002E6F0F" w:rsidRPr="00B55A92" w14:paraId="1B811ED2" w14:textId="77777777">
        <w:trPr>
          <w:trHeight w:val="386"/>
          <w:jc w:val="center"/>
        </w:trPr>
        <w:tc>
          <w:tcPr>
            <w:tcW w:w="3402" w:type="dxa"/>
            <w:shd w:val="clear" w:color="auto" w:fill="D9E2F3"/>
            <w:tcMar>
              <w:top w:w="90" w:type="dxa"/>
              <w:left w:w="100" w:type="dxa"/>
              <w:bottom w:w="90" w:type="dxa"/>
              <w:right w:w="100" w:type="dxa"/>
            </w:tcMar>
            <w:vAlign w:val="center"/>
          </w:tcPr>
          <w:p w14:paraId="5C77806C" w14:textId="77777777" w:rsidR="002E6F0F" w:rsidRPr="00B55A92" w:rsidRDefault="00000000">
            <w:pPr>
              <w:rPr>
                <w:rFonts w:ascii="Clara Sans" w:hAnsi="Clara Sans"/>
              </w:rPr>
            </w:pPr>
            <w:r w:rsidRPr="00B55A92">
              <w:rPr>
                <w:rFonts w:ascii="Clara Sans" w:hAnsi="Clara Sans"/>
                <w:b/>
              </w:rPr>
              <w:t>Date of first enrolment</w:t>
            </w:r>
          </w:p>
        </w:tc>
        <w:tc>
          <w:tcPr>
            <w:tcW w:w="5669" w:type="dxa"/>
            <w:tcMar>
              <w:top w:w="90" w:type="dxa"/>
              <w:left w:w="100" w:type="dxa"/>
              <w:bottom w:w="90" w:type="dxa"/>
              <w:right w:w="100" w:type="dxa"/>
            </w:tcMar>
            <w:vAlign w:val="center"/>
          </w:tcPr>
          <w:p w14:paraId="6F86A552" w14:textId="77777777" w:rsidR="002E6F0F" w:rsidRPr="00B55A92" w:rsidRDefault="002E6F0F">
            <w:pPr>
              <w:rPr>
                <w:rFonts w:ascii="Clara Sans" w:hAnsi="Clara Sans"/>
              </w:rPr>
            </w:pPr>
          </w:p>
        </w:tc>
      </w:tr>
      <w:tr w:rsidR="002E6F0F" w:rsidRPr="00B55A92" w14:paraId="73547035" w14:textId="77777777">
        <w:trPr>
          <w:trHeight w:val="386"/>
          <w:jc w:val="center"/>
        </w:trPr>
        <w:tc>
          <w:tcPr>
            <w:tcW w:w="3402" w:type="dxa"/>
            <w:shd w:val="clear" w:color="auto" w:fill="D9E2F3"/>
            <w:tcMar>
              <w:top w:w="90" w:type="dxa"/>
              <w:left w:w="100" w:type="dxa"/>
              <w:bottom w:w="90" w:type="dxa"/>
              <w:right w:w="100" w:type="dxa"/>
            </w:tcMar>
            <w:vAlign w:val="center"/>
          </w:tcPr>
          <w:p w14:paraId="438824A6" w14:textId="77777777" w:rsidR="002E6F0F" w:rsidRPr="00B55A92" w:rsidRDefault="00000000">
            <w:pPr>
              <w:rPr>
                <w:rFonts w:ascii="Clara Sans" w:hAnsi="Clara Sans"/>
              </w:rPr>
            </w:pPr>
            <w:r w:rsidRPr="00B55A92">
              <w:rPr>
                <w:rFonts w:ascii="Clara Sans" w:hAnsi="Clara Sans"/>
                <w:b/>
              </w:rPr>
              <w:t>Periods of interrupted study</w:t>
            </w:r>
          </w:p>
        </w:tc>
        <w:tc>
          <w:tcPr>
            <w:tcW w:w="5669" w:type="dxa"/>
            <w:tcMar>
              <w:top w:w="90" w:type="dxa"/>
              <w:left w:w="100" w:type="dxa"/>
              <w:bottom w:w="90" w:type="dxa"/>
              <w:right w:w="100" w:type="dxa"/>
            </w:tcMar>
            <w:vAlign w:val="center"/>
          </w:tcPr>
          <w:p w14:paraId="58F2BD49" w14:textId="77777777" w:rsidR="002E6F0F" w:rsidRPr="00B55A92" w:rsidRDefault="002E6F0F">
            <w:pPr>
              <w:rPr>
                <w:rFonts w:ascii="Clara Sans" w:hAnsi="Clara Sans"/>
              </w:rPr>
            </w:pPr>
          </w:p>
        </w:tc>
      </w:tr>
      <w:tr w:rsidR="002E6F0F" w:rsidRPr="00B55A92" w14:paraId="6B4233E1" w14:textId="77777777">
        <w:trPr>
          <w:trHeight w:val="386"/>
          <w:jc w:val="center"/>
        </w:trPr>
        <w:tc>
          <w:tcPr>
            <w:tcW w:w="3402" w:type="dxa"/>
            <w:shd w:val="clear" w:color="auto" w:fill="D9E2F3"/>
            <w:tcMar>
              <w:top w:w="90" w:type="dxa"/>
              <w:left w:w="100" w:type="dxa"/>
              <w:bottom w:w="90" w:type="dxa"/>
              <w:right w:w="100" w:type="dxa"/>
            </w:tcMar>
            <w:vAlign w:val="center"/>
          </w:tcPr>
          <w:p w14:paraId="0961A787" w14:textId="77777777" w:rsidR="002E6F0F" w:rsidRPr="00B55A92" w:rsidRDefault="00000000">
            <w:pPr>
              <w:rPr>
                <w:rFonts w:ascii="Clara Sans" w:hAnsi="Clara Sans"/>
              </w:rPr>
            </w:pPr>
            <w:r w:rsidRPr="00B55A92">
              <w:rPr>
                <w:rFonts w:ascii="Clara Sans" w:hAnsi="Clara Sans"/>
                <w:b/>
              </w:rPr>
              <w:t>Date of successful defence</w:t>
            </w:r>
          </w:p>
        </w:tc>
        <w:tc>
          <w:tcPr>
            <w:tcW w:w="5669" w:type="dxa"/>
            <w:tcMar>
              <w:top w:w="90" w:type="dxa"/>
              <w:left w:w="100" w:type="dxa"/>
              <w:bottom w:w="90" w:type="dxa"/>
              <w:right w:w="100" w:type="dxa"/>
            </w:tcMar>
            <w:vAlign w:val="center"/>
          </w:tcPr>
          <w:p w14:paraId="0264ACB4" w14:textId="77777777" w:rsidR="002E6F0F" w:rsidRPr="00B55A92" w:rsidRDefault="002E6F0F">
            <w:pPr>
              <w:rPr>
                <w:rFonts w:ascii="Clara Sans" w:hAnsi="Clara Sans"/>
              </w:rPr>
            </w:pPr>
          </w:p>
        </w:tc>
      </w:tr>
    </w:tbl>
    <w:p w14:paraId="2F22A9FF" w14:textId="77777777" w:rsidR="00B55A92" w:rsidRDefault="00B55A92">
      <w:pPr>
        <w:keepNext/>
        <w:spacing w:before="100" w:after="20"/>
        <w:rPr>
          <w:rFonts w:ascii="Clara Sans" w:hAnsi="Clara Sans"/>
          <w:b/>
          <w:sz w:val="23"/>
        </w:rPr>
      </w:pPr>
    </w:p>
    <w:p w14:paraId="65CD2B4F" w14:textId="6801FBB8" w:rsidR="002E6F0F" w:rsidRPr="00B55A92" w:rsidRDefault="00000000">
      <w:pPr>
        <w:keepNext/>
        <w:spacing w:before="100" w:after="20"/>
        <w:rPr>
          <w:rFonts w:ascii="Clara Sans" w:hAnsi="Clara Sans"/>
        </w:rPr>
      </w:pPr>
      <w:r w:rsidRPr="00B55A92">
        <w:rPr>
          <w:rFonts w:ascii="Clara Sans" w:hAnsi="Clara Sans"/>
          <w:b/>
          <w:sz w:val="23"/>
        </w:rPr>
        <w:t>EXTRAORDINARY SCHOLARSHIP REQUESTED</w:t>
      </w:r>
    </w:p>
    <w:p w14:paraId="0B036E1D" w14:textId="77777777" w:rsidR="002E6F0F" w:rsidRPr="00B55A92" w:rsidRDefault="00000000">
      <w:pPr>
        <w:spacing w:after="20"/>
        <w:rPr>
          <w:rFonts w:ascii="Clara Sans" w:hAnsi="Clara Sans"/>
        </w:rPr>
      </w:pPr>
      <w:r w:rsidRPr="00B55A92">
        <w:rPr>
          <w:rFonts w:ascii="Segoe UI Symbol" w:hAnsi="Segoe UI Symbol" w:cs="Segoe UI Symbol"/>
        </w:rPr>
        <w:t>☐</w:t>
      </w:r>
      <w:r w:rsidRPr="00B55A92">
        <w:rPr>
          <w:rFonts w:ascii="Clara Sans" w:hAnsi="Clara Sans"/>
        </w:rPr>
        <w:t xml:space="preserve">  CZK 30,000 – dissertation successfully defended within four years of first enrolment</w:t>
      </w:r>
    </w:p>
    <w:p w14:paraId="1DA3FE0B" w14:textId="77777777" w:rsidR="002E6F0F" w:rsidRPr="00B55A92" w:rsidRDefault="00000000">
      <w:pPr>
        <w:spacing w:after="20"/>
        <w:rPr>
          <w:rFonts w:ascii="Clara Sans" w:hAnsi="Clara Sans"/>
        </w:rPr>
      </w:pPr>
      <w:r w:rsidRPr="00B55A92">
        <w:rPr>
          <w:rFonts w:ascii="Segoe UI Symbol" w:hAnsi="Segoe UI Symbol" w:cs="Segoe UI Symbol"/>
        </w:rPr>
        <w:t>☐</w:t>
      </w:r>
      <w:r w:rsidRPr="00B55A92">
        <w:rPr>
          <w:rFonts w:ascii="Clara Sans" w:hAnsi="Clara Sans"/>
        </w:rPr>
        <w:t xml:space="preserve">  CZK 15,000 – dissertation successfully defended after four years but no later than five years after first enrolment</w:t>
      </w:r>
    </w:p>
    <w:p w14:paraId="3755A59E" w14:textId="3F8B50D7" w:rsidR="002E6F0F" w:rsidRDefault="00000000">
      <w:pPr>
        <w:spacing w:before="40" w:after="40"/>
        <w:rPr>
          <w:rFonts w:ascii="Clara Sans" w:hAnsi="Clara Sans"/>
        </w:rPr>
      </w:pPr>
      <w:r w:rsidRPr="00B55A92">
        <w:rPr>
          <w:rFonts w:ascii="Clara Sans" w:hAnsi="Clara Sans"/>
        </w:rPr>
        <w:t xml:space="preserve">I </w:t>
      </w:r>
      <w:proofErr w:type="gramStart"/>
      <w:r w:rsidRPr="00B55A92">
        <w:rPr>
          <w:rFonts w:ascii="Clara Sans" w:hAnsi="Clara Sans"/>
        </w:rPr>
        <w:t>apply</w:t>
      </w:r>
      <w:proofErr w:type="gramEnd"/>
      <w:r w:rsidRPr="00B55A92">
        <w:rPr>
          <w:rFonts w:ascii="Clara Sans" w:hAnsi="Clara Sans"/>
        </w:rPr>
        <w:t xml:space="preserve"> for a one-off extraordinary scholarship under Article IX of Dean’s </w:t>
      </w:r>
      <w:r w:rsidR="00020D4A">
        <w:rPr>
          <w:rFonts w:ascii="Clara Sans" w:hAnsi="Clara Sans"/>
        </w:rPr>
        <w:t>Measure</w:t>
      </w:r>
      <w:r w:rsidRPr="00B55A92">
        <w:rPr>
          <w:rFonts w:ascii="Clara Sans" w:hAnsi="Clara Sans"/>
        </w:rPr>
        <w:t xml:space="preserve"> D137 and confirm that the information provided is correct.</w:t>
      </w:r>
    </w:p>
    <w:p w14:paraId="247C61BE" w14:textId="77777777" w:rsidR="00B55A92" w:rsidRDefault="00B55A92">
      <w:pPr>
        <w:spacing w:before="40" w:after="40"/>
        <w:rPr>
          <w:rFonts w:ascii="Clara Sans" w:hAnsi="Clara Sans"/>
        </w:rPr>
      </w:pPr>
    </w:p>
    <w:p w14:paraId="6EC81AD3" w14:textId="77777777" w:rsidR="00B55A92" w:rsidRPr="00B55A92" w:rsidRDefault="00B55A92">
      <w:pPr>
        <w:spacing w:before="40" w:after="40"/>
        <w:rPr>
          <w:rFonts w:ascii="Clara Sans" w:hAnsi="Clara Sans"/>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422"/>
        <w:gridCol w:w="4422"/>
      </w:tblGrid>
      <w:tr w:rsidR="002E6F0F" w:rsidRPr="00B55A92" w14:paraId="7A9C91A9" w14:textId="77777777">
        <w:trPr>
          <w:trHeight w:hRule="exact" w:val="340"/>
          <w:jc w:val="center"/>
        </w:trPr>
        <w:tc>
          <w:tcPr>
            <w:tcW w:w="4422" w:type="dxa"/>
            <w:tcBorders>
              <w:bottom w:val="single" w:sz="8" w:space="0" w:color="000000"/>
            </w:tcBorders>
            <w:tcMar>
              <w:top w:w="90" w:type="dxa"/>
              <w:left w:w="100" w:type="dxa"/>
              <w:bottom w:w="90" w:type="dxa"/>
              <w:right w:w="100" w:type="dxa"/>
            </w:tcMar>
            <w:vAlign w:val="center"/>
          </w:tcPr>
          <w:p w14:paraId="6BBF6C06" w14:textId="77777777" w:rsidR="002E6F0F" w:rsidRPr="00B55A92" w:rsidRDefault="002E6F0F">
            <w:pPr>
              <w:rPr>
                <w:rFonts w:ascii="Clara Sans" w:hAnsi="Clara Sans"/>
              </w:rPr>
            </w:pPr>
          </w:p>
        </w:tc>
        <w:tc>
          <w:tcPr>
            <w:tcW w:w="4422" w:type="dxa"/>
            <w:tcBorders>
              <w:bottom w:val="single" w:sz="8" w:space="0" w:color="000000"/>
            </w:tcBorders>
            <w:tcMar>
              <w:top w:w="90" w:type="dxa"/>
              <w:left w:w="100" w:type="dxa"/>
              <w:bottom w:w="90" w:type="dxa"/>
              <w:right w:w="100" w:type="dxa"/>
            </w:tcMar>
            <w:vAlign w:val="center"/>
          </w:tcPr>
          <w:p w14:paraId="29A002EA" w14:textId="77777777" w:rsidR="002E6F0F" w:rsidRPr="00B55A92" w:rsidRDefault="002E6F0F">
            <w:pPr>
              <w:rPr>
                <w:rFonts w:ascii="Clara Sans" w:hAnsi="Clara Sans"/>
              </w:rPr>
            </w:pPr>
          </w:p>
        </w:tc>
      </w:tr>
      <w:tr w:rsidR="002E6F0F" w:rsidRPr="00B55A92" w14:paraId="5A90C7EE" w14:textId="77777777">
        <w:trPr>
          <w:jc w:val="center"/>
        </w:trPr>
        <w:tc>
          <w:tcPr>
            <w:tcW w:w="4422" w:type="dxa"/>
            <w:tcMar>
              <w:top w:w="90" w:type="dxa"/>
              <w:left w:w="100" w:type="dxa"/>
              <w:bottom w:w="90" w:type="dxa"/>
              <w:right w:w="100" w:type="dxa"/>
            </w:tcMar>
            <w:vAlign w:val="center"/>
          </w:tcPr>
          <w:p w14:paraId="638D0B9C" w14:textId="77777777" w:rsidR="002E6F0F" w:rsidRPr="00B55A92" w:rsidRDefault="00000000">
            <w:pPr>
              <w:jc w:val="center"/>
              <w:rPr>
                <w:rFonts w:ascii="Clara Sans" w:hAnsi="Clara Sans"/>
              </w:rPr>
            </w:pPr>
            <w:r w:rsidRPr="00B55A92">
              <w:rPr>
                <w:rFonts w:ascii="Clara Sans" w:hAnsi="Clara Sans"/>
                <w:sz w:val="19"/>
              </w:rPr>
              <w:t>place and date</w:t>
            </w:r>
          </w:p>
        </w:tc>
        <w:tc>
          <w:tcPr>
            <w:tcW w:w="4422" w:type="dxa"/>
            <w:tcMar>
              <w:top w:w="90" w:type="dxa"/>
              <w:left w:w="100" w:type="dxa"/>
              <w:bottom w:w="90" w:type="dxa"/>
              <w:right w:w="100" w:type="dxa"/>
            </w:tcMar>
            <w:vAlign w:val="center"/>
          </w:tcPr>
          <w:p w14:paraId="35034C3E" w14:textId="77777777" w:rsidR="002E6F0F" w:rsidRPr="00B55A92" w:rsidRDefault="00000000">
            <w:pPr>
              <w:jc w:val="center"/>
              <w:rPr>
                <w:rFonts w:ascii="Clara Sans" w:hAnsi="Clara Sans"/>
              </w:rPr>
            </w:pPr>
            <w:r w:rsidRPr="00B55A92">
              <w:rPr>
                <w:rFonts w:ascii="Clara Sans" w:hAnsi="Clara Sans"/>
                <w:sz w:val="19"/>
              </w:rPr>
              <w:t>student’s signature</w:t>
            </w:r>
          </w:p>
        </w:tc>
      </w:tr>
    </w:tbl>
    <w:p w14:paraId="4C5C7259" w14:textId="77777777" w:rsidR="00B55A92" w:rsidRDefault="00B55A92">
      <w:pPr>
        <w:keepNext/>
        <w:spacing w:before="100" w:after="40"/>
        <w:rPr>
          <w:rFonts w:ascii="Clara Sans" w:hAnsi="Clara Sans"/>
          <w:b/>
          <w:sz w:val="23"/>
        </w:rPr>
      </w:pPr>
    </w:p>
    <w:p w14:paraId="7F52D464" w14:textId="3873C514" w:rsidR="002E6F0F" w:rsidRPr="00B55A92" w:rsidRDefault="00000000">
      <w:pPr>
        <w:keepNext/>
        <w:spacing w:before="100" w:after="40"/>
        <w:rPr>
          <w:rFonts w:ascii="Clara Sans" w:hAnsi="Clara Sans"/>
          <w:sz w:val="18"/>
          <w:szCs w:val="18"/>
        </w:rPr>
      </w:pPr>
      <w:r w:rsidRPr="00B55A92">
        <w:rPr>
          <w:rFonts w:ascii="Clara Sans" w:hAnsi="Clara Sans"/>
          <w:b/>
          <w:sz w:val="18"/>
          <w:szCs w:val="18"/>
        </w:rPr>
        <w:t xml:space="preserve">FOR USE BY THE </w:t>
      </w:r>
      <w:proofErr w:type="spellStart"/>
      <w:r w:rsidRPr="00B55A92">
        <w:rPr>
          <w:rFonts w:ascii="Clara Sans" w:hAnsi="Clara Sans"/>
          <w:b/>
          <w:sz w:val="18"/>
          <w:szCs w:val="18"/>
        </w:rPr>
        <w:t>FSc</w:t>
      </w:r>
      <w:proofErr w:type="spellEnd"/>
      <w:r w:rsidRPr="00B55A92">
        <w:rPr>
          <w:rFonts w:ascii="Clara Sans" w:hAnsi="Clara Sans"/>
          <w:b/>
          <w:sz w:val="18"/>
          <w:szCs w:val="18"/>
        </w:rPr>
        <w:t xml:space="preserve"> USB STUDY DEPARTMENT</w:t>
      </w:r>
    </w:p>
    <w:tbl>
      <w:tblPr>
        <w:tblStyle w:val="Mkatabulky"/>
        <w:tblW w:w="0" w:type="auto"/>
        <w:jc w:val="center"/>
        <w:tblLayout w:type="fixed"/>
        <w:tblLook w:val="04A0" w:firstRow="1" w:lastRow="0" w:firstColumn="1" w:lastColumn="0" w:noHBand="0" w:noVBand="1"/>
      </w:tblPr>
      <w:tblGrid>
        <w:gridCol w:w="3402"/>
        <w:gridCol w:w="5669"/>
      </w:tblGrid>
      <w:tr w:rsidR="002E6F0F" w:rsidRPr="00B55A92" w14:paraId="5D7BBDE4" w14:textId="77777777">
        <w:trPr>
          <w:trHeight w:val="386"/>
          <w:jc w:val="center"/>
        </w:trPr>
        <w:tc>
          <w:tcPr>
            <w:tcW w:w="3402" w:type="dxa"/>
            <w:shd w:val="clear" w:color="auto" w:fill="D9E2F3"/>
            <w:tcMar>
              <w:top w:w="90" w:type="dxa"/>
              <w:left w:w="100" w:type="dxa"/>
              <w:bottom w:w="90" w:type="dxa"/>
              <w:right w:w="100" w:type="dxa"/>
            </w:tcMar>
            <w:vAlign w:val="center"/>
          </w:tcPr>
          <w:p w14:paraId="27AB05DA" w14:textId="77777777" w:rsidR="002E6F0F" w:rsidRPr="00B55A92" w:rsidRDefault="00000000">
            <w:pPr>
              <w:rPr>
                <w:rFonts w:ascii="Clara Sans" w:hAnsi="Clara Sans"/>
                <w:sz w:val="18"/>
                <w:szCs w:val="18"/>
              </w:rPr>
            </w:pPr>
            <w:r w:rsidRPr="00B55A92">
              <w:rPr>
                <w:rFonts w:ascii="Clara Sans" w:hAnsi="Clara Sans"/>
                <w:b/>
                <w:sz w:val="18"/>
                <w:szCs w:val="18"/>
              </w:rPr>
              <w:t>Conditions verified</w:t>
            </w:r>
          </w:p>
        </w:tc>
        <w:tc>
          <w:tcPr>
            <w:tcW w:w="5669" w:type="dxa"/>
            <w:tcMar>
              <w:top w:w="90" w:type="dxa"/>
              <w:left w:w="100" w:type="dxa"/>
              <w:bottom w:w="90" w:type="dxa"/>
              <w:right w:w="100" w:type="dxa"/>
            </w:tcMar>
            <w:vAlign w:val="center"/>
          </w:tcPr>
          <w:p w14:paraId="670C49E5" w14:textId="77777777" w:rsidR="002E6F0F" w:rsidRPr="00B55A92" w:rsidRDefault="00000000">
            <w:pPr>
              <w:rPr>
                <w:rFonts w:ascii="Clara Sans" w:hAnsi="Clara Sans"/>
                <w:sz w:val="18"/>
                <w:szCs w:val="18"/>
              </w:rPr>
            </w:pPr>
            <w:r w:rsidRPr="00B55A92">
              <w:rPr>
                <w:rFonts w:ascii="Segoe UI Symbol" w:hAnsi="Segoe UI Symbol" w:cs="Segoe UI Symbol"/>
                <w:sz w:val="18"/>
                <w:szCs w:val="18"/>
              </w:rPr>
              <w:t>☐</w:t>
            </w:r>
            <w:r w:rsidRPr="00B55A92">
              <w:rPr>
                <w:rFonts w:ascii="Clara Sans" w:hAnsi="Clara Sans"/>
                <w:sz w:val="18"/>
                <w:szCs w:val="18"/>
              </w:rPr>
              <w:t xml:space="preserve"> yes      </w:t>
            </w:r>
            <w:r w:rsidRPr="00B55A92">
              <w:rPr>
                <w:rFonts w:ascii="Segoe UI Symbol" w:hAnsi="Segoe UI Symbol" w:cs="Segoe UI Symbol"/>
                <w:sz w:val="18"/>
                <w:szCs w:val="18"/>
              </w:rPr>
              <w:t>☐</w:t>
            </w:r>
            <w:r w:rsidRPr="00B55A92">
              <w:rPr>
                <w:rFonts w:ascii="Clara Sans" w:hAnsi="Clara Sans"/>
                <w:sz w:val="18"/>
                <w:szCs w:val="18"/>
              </w:rPr>
              <w:t xml:space="preserve"> no</w:t>
            </w:r>
          </w:p>
        </w:tc>
      </w:tr>
      <w:tr w:rsidR="002E6F0F" w:rsidRPr="00B55A92" w14:paraId="23DBE145" w14:textId="77777777">
        <w:trPr>
          <w:trHeight w:val="386"/>
          <w:jc w:val="center"/>
        </w:trPr>
        <w:tc>
          <w:tcPr>
            <w:tcW w:w="3402" w:type="dxa"/>
            <w:shd w:val="clear" w:color="auto" w:fill="D9E2F3"/>
            <w:tcMar>
              <w:top w:w="90" w:type="dxa"/>
              <w:left w:w="100" w:type="dxa"/>
              <w:bottom w:w="90" w:type="dxa"/>
              <w:right w:w="100" w:type="dxa"/>
            </w:tcMar>
            <w:vAlign w:val="center"/>
          </w:tcPr>
          <w:p w14:paraId="6F30BCA6" w14:textId="77777777" w:rsidR="002E6F0F" w:rsidRPr="00B55A92" w:rsidRDefault="00000000">
            <w:pPr>
              <w:rPr>
                <w:rFonts w:ascii="Clara Sans" w:hAnsi="Clara Sans"/>
                <w:sz w:val="18"/>
                <w:szCs w:val="18"/>
              </w:rPr>
            </w:pPr>
            <w:r w:rsidRPr="00B55A92">
              <w:rPr>
                <w:rFonts w:ascii="Clara Sans" w:hAnsi="Clara Sans"/>
                <w:b/>
                <w:sz w:val="18"/>
                <w:szCs w:val="18"/>
              </w:rPr>
              <w:t>Scholarship amount confirmed</w:t>
            </w:r>
          </w:p>
        </w:tc>
        <w:tc>
          <w:tcPr>
            <w:tcW w:w="5669" w:type="dxa"/>
            <w:tcMar>
              <w:top w:w="90" w:type="dxa"/>
              <w:left w:w="100" w:type="dxa"/>
              <w:bottom w:w="90" w:type="dxa"/>
              <w:right w:w="100" w:type="dxa"/>
            </w:tcMar>
            <w:vAlign w:val="center"/>
          </w:tcPr>
          <w:p w14:paraId="3BC230EE" w14:textId="77777777" w:rsidR="002E6F0F" w:rsidRPr="00B55A92" w:rsidRDefault="00000000">
            <w:pPr>
              <w:rPr>
                <w:rFonts w:ascii="Clara Sans" w:hAnsi="Clara Sans"/>
                <w:sz w:val="18"/>
                <w:szCs w:val="18"/>
              </w:rPr>
            </w:pPr>
            <w:r w:rsidRPr="00B55A92">
              <w:rPr>
                <w:rFonts w:ascii="Clara Sans" w:hAnsi="Clara Sans"/>
                <w:sz w:val="18"/>
                <w:szCs w:val="18"/>
              </w:rPr>
              <w:t>CZK ________________</w:t>
            </w:r>
          </w:p>
        </w:tc>
      </w:tr>
      <w:tr w:rsidR="002E6F0F" w:rsidRPr="00B55A92" w14:paraId="1214959B" w14:textId="77777777" w:rsidTr="00B55A92">
        <w:trPr>
          <w:trHeight w:val="368"/>
          <w:jc w:val="center"/>
        </w:trPr>
        <w:tc>
          <w:tcPr>
            <w:tcW w:w="3402" w:type="dxa"/>
            <w:shd w:val="clear" w:color="auto" w:fill="D9E2F3"/>
            <w:tcMar>
              <w:top w:w="90" w:type="dxa"/>
              <w:left w:w="100" w:type="dxa"/>
              <w:bottom w:w="90" w:type="dxa"/>
              <w:right w:w="100" w:type="dxa"/>
            </w:tcMar>
            <w:vAlign w:val="center"/>
          </w:tcPr>
          <w:p w14:paraId="455DE07E" w14:textId="77777777" w:rsidR="002E6F0F" w:rsidRPr="00B55A92" w:rsidRDefault="00000000">
            <w:pPr>
              <w:rPr>
                <w:rFonts w:ascii="Clara Sans" w:hAnsi="Clara Sans"/>
                <w:sz w:val="18"/>
                <w:szCs w:val="18"/>
              </w:rPr>
            </w:pPr>
            <w:r w:rsidRPr="00B55A92">
              <w:rPr>
                <w:rFonts w:ascii="Clara Sans" w:hAnsi="Clara Sans"/>
                <w:b/>
                <w:sz w:val="18"/>
                <w:szCs w:val="18"/>
              </w:rPr>
              <w:t>Notes</w:t>
            </w:r>
          </w:p>
        </w:tc>
        <w:tc>
          <w:tcPr>
            <w:tcW w:w="5669" w:type="dxa"/>
            <w:tcMar>
              <w:top w:w="90" w:type="dxa"/>
              <w:left w:w="100" w:type="dxa"/>
              <w:bottom w:w="90" w:type="dxa"/>
              <w:right w:w="100" w:type="dxa"/>
            </w:tcMar>
            <w:vAlign w:val="center"/>
          </w:tcPr>
          <w:p w14:paraId="3D7A261A" w14:textId="77777777" w:rsidR="002E6F0F" w:rsidRPr="00B55A92" w:rsidRDefault="002E6F0F">
            <w:pPr>
              <w:rPr>
                <w:rFonts w:ascii="Clara Sans" w:hAnsi="Clara Sans"/>
                <w:sz w:val="18"/>
                <w:szCs w:val="18"/>
              </w:rPr>
            </w:pPr>
          </w:p>
        </w:tc>
      </w:tr>
    </w:tbl>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422"/>
        <w:gridCol w:w="4422"/>
      </w:tblGrid>
      <w:tr w:rsidR="002E6F0F" w:rsidRPr="00B55A92" w14:paraId="0C36CC89" w14:textId="77777777" w:rsidTr="00B55A92">
        <w:trPr>
          <w:trHeight w:hRule="exact" w:val="670"/>
          <w:jc w:val="center"/>
        </w:trPr>
        <w:tc>
          <w:tcPr>
            <w:tcW w:w="4422" w:type="dxa"/>
            <w:tcBorders>
              <w:bottom w:val="single" w:sz="8" w:space="0" w:color="000000"/>
            </w:tcBorders>
            <w:tcMar>
              <w:top w:w="90" w:type="dxa"/>
              <w:left w:w="100" w:type="dxa"/>
              <w:bottom w:w="90" w:type="dxa"/>
              <w:right w:w="100" w:type="dxa"/>
            </w:tcMar>
            <w:vAlign w:val="center"/>
          </w:tcPr>
          <w:p w14:paraId="3E822649" w14:textId="77777777" w:rsidR="002E6F0F" w:rsidRDefault="002E6F0F">
            <w:pPr>
              <w:rPr>
                <w:rFonts w:ascii="Clara Sans" w:hAnsi="Clara Sans"/>
                <w:sz w:val="18"/>
                <w:szCs w:val="18"/>
              </w:rPr>
            </w:pPr>
          </w:p>
          <w:p w14:paraId="65B03517" w14:textId="77777777" w:rsidR="00B55A92" w:rsidRPr="00B55A92" w:rsidRDefault="00B55A92">
            <w:pPr>
              <w:rPr>
                <w:rFonts w:ascii="Clara Sans" w:hAnsi="Clara Sans"/>
                <w:sz w:val="18"/>
                <w:szCs w:val="18"/>
              </w:rPr>
            </w:pPr>
          </w:p>
          <w:p w14:paraId="268A0C7F" w14:textId="77777777" w:rsidR="00B55A92" w:rsidRPr="00B55A92" w:rsidRDefault="00B55A92">
            <w:pPr>
              <w:rPr>
                <w:rFonts w:ascii="Clara Sans" w:hAnsi="Clara Sans"/>
                <w:sz w:val="18"/>
                <w:szCs w:val="18"/>
              </w:rPr>
            </w:pPr>
          </w:p>
          <w:p w14:paraId="7F5D6E90" w14:textId="77777777" w:rsidR="00B55A92" w:rsidRPr="00B55A92" w:rsidRDefault="00B55A92">
            <w:pPr>
              <w:rPr>
                <w:rFonts w:ascii="Clara Sans" w:hAnsi="Clara Sans"/>
                <w:sz w:val="18"/>
                <w:szCs w:val="18"/>
              </w:rPr>
            </w:pPr>
          </w:p>
          <w:p w14:paraId="3ABC0CD6" w14:textId="77777777" w:rsidR="00B55A92" w:rsidRPr="00B55A92" w:rsidRDefault="00B55A92">
            <w:pPr>
              <w:rPr>
                <w:rFonts w:ascii="Clara Sans" w:hAnsi="Clara Sans"/>
                <w:sz w:val="18"/>
                <w:szCs w:val="18"/>
              </w:rPr>
            </w:pPr>
          </w:p>
        </w:tc>
        <w:tc>
          <w:tcPr>
            <w:tcW w:w="4422" w:type="dxa"/>
            <w:tcBorders>
              <w:bottom w:val="single" w:sz="8" w:space="0" w:color="000000"/>
            </w:tcBorders>
            <w:tcMar>
              <w:top w:w="90" w:type="dxa"/>
              <w:left w:w="100" w:type="dxa"/>
              <w:bottom w:w="90" w:type="dxa"/>
              <w:right w:w="100" w:type="dxa"/>
            </w:tcMar>
            <w:vAlign w:val="center"/>
          </w:tcPr>
          <w:p w14:paraId="2DC0D88B" w14:textId="77777777" w:rsidR="002E6F0F" w:rsidRDefault="002E6F0F">
            <w:pPr>
              <w:rPr>
                <w:rFonts w:ascii="Clara Sans" w:hAnsi="Clara Sans"/>
                <w:sz w:val="18"/>
                <w:szCs w:val="18"/>
              </w:rPr>
            </w:pPr>
          </w:p>
          <w:p w14:paraId="5B454A0D" w14:textId="77777777" w:rsidR="00B55A92" w:rsidRPr="00B55A92" w:rsidRDefault="00B55A92">
            <w:pPr>
              <w:rPr>
                <w:rFonts w:ascii="Clara Sans" w:hAnsi="Clara Sans"/>
                <w:sz w:val="18"/>
                <w:szCs w:val="18"/>
              </w:rPr>
            </w:pPr>
          </w:p>
        </w:tc>
      </w:tr>
      <w:tr w:rsidR="002E6F0F" w:rsidRPr="00B55A92" w14:paraId="138C7586" w14:textId="77777777">
        <w:trPr>
          <w:jc w:val="center"/>
        </w:trPr>
        <w:tc>
          <w:tcPr>
            <w:tcW w:w="4422" w:type="dxa"/>
            <w:tcMar>
              <w:top w:w="90" w:type="dxa"/>
              <w:left w:w="100" w:type="dxa"/>
              <w:bottom w:w="90" w:type="dxa"/>
              <w:right w:w="100" w:type="dxa"/>
            </w:tcMar>
            <w:vAlign w:val="center"/>
          </w:tcPr>
          <w:p w14:paraId="2D516841" w14:textId="77777777" w:rsidR="002E6F0F" w:rsidRPr="00B55A92" w:rsidRDefault="00000000">
            <w:pPr>
              <w:jc w:val="center"/>
              <w:rPr>
                <w:rFonts w:ascii="Clara Sans" w:hAnsi="Clara Sans"/>
              </w:rPr>
            </w:pPr>
            <w:r w:rsidRPr="00B55A92">
              <w:rPr>
                <w:rFonts w:ascii="Clara Sans" w:hAnsi="Clara Sans"/>
                <w:sz w:val="19"/>
              </w:rPr>
              <w:t>date of verification</w:t>
            </w:r>
          </w:p>
        </w:tc>
        <w:tc>
          <w:tcPr>
            <w:tcW w:w="4422" w:type="dxa"/>
            <w:tcMar>
              <w:top w:w="90" w:type="dxa"/>
              <w:left w:w="100" w:type="dxa"/>
              <w:bottom w:w="90" w:type="dxa"/>
              <w:right w:w="100" w:type="dxa"/>
            </w:tcMar>
            <w:vAlign w:val="center"/>
          </w:tcPr>
          <w:p w14:paraId="27196034" w14:textId="77777777" w:rsidR="002E6F0F" w:rsidRPr="00B55A92" w:rsidRDefault="00000000">
            <w:pPr>
              <w:jc w:val="center"/>
              <w:rPr>
                <w:rFonts w:ascii="Clara Sans" w:hAnsi="Clara Sans"/>
              </w:rPr>
            </w:pPr>
            <w:r w:rsidRPr="00B55A92">
              <w:rPr>
                <w:rFonts w:ascii="Clara Sans" w:hAnsi="Clara Sans"/>
                <w:sz w:val="19"/>
              </w:rPr>
              <w:t>name and signature of authorised officer</w:t>
            </w:r>
          </w:p>
        </w:tc>
      </w:tr>
    </w:tbl>
    <w:p w14:paraId="0E8545DD" w14:textId="77777777" w:rsidR="000C581D" w:rsidRPr="00B55A92" w:rsidRDefault="000C581D" w:rsidP="00B55A92">
      <w:pPr>
        <w:rPr>
          <w:rFonts w:ascii="Clara Sans" w:hAnsi="Clara Sans"/>
        </w:rPr>
      </w:pPr>
    </w:p>
    <w:sectPr w:rsidR="000C581D" w:rsidRPr="00B55A92" w:rsidSect="00B55A92">
      <w:headerReference w:type="default" r:id="rId8"/>
      <w:footerReference w:type="default" r:id="rId9"/>
      <w:pgSz w:w="11906" w:h="16838"/>
      <w:pgMar w:top="2381" w:right="1417" w:bottom="0" w:left="1417"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86EA9" w14:textId="77777777" w:rsidR="00B41392" w:rsidRDefault="00B41392">
      <w:r>
        <w:separator/>
      </w:r>
    </w:p>
  </w:endnote>
  <w:endnote w:type="continuationSeparator" w:id="0">
    <w:p w14:paraId="3640D122" w14:textId="77777777" w:rsidR="00B41392" w:rsidRDefault="00B41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lara Sans">
    <w:panose1 w:val="02000503000000020004"/>
    <w:charset w:val="00"/>
    <w:family w:val="modern"/>
    <w:notTrueType/>
    <w:pitch w:val="variable"/>
    <w:sig w:usb0="A000002F" w:usb1="1000207A" w:usb2="00000000" w:usb3="00000000" w:csb0="000001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24838" w14:textId="4F9A639E" w:rsidR="00314D67" w:rsidRPr="00020D4A" w:rsidRDefault="00000000">
    <w:pPr>
      <w:pStyle w:val="Zpat"/>
      <w:jc w:val="right"/>
      <w:rPr>
        <w:rFonts w:ascii="Clara Sans" w:hAnsi="Clara Sans"/>
        <w:sz w:val="16"/>
        <w:szCs w:val="16"/>
      </w:rPr>
    </w:pPr>
    <w:r w:rsidRPr="00020D4A">
      <w:rPr>
        <w:rFonts w:ascii="Clara Sans" w:hAnsi="Clara Sans"/>
        <w:sz w:val="16"/>
        <w:szCs w:val="16"/>
      </w:rPr>
      <w:t xml:space="preserve">Dean’s </w:t>
    </w:r>
    <w:r w:rsidR="00020D4A" w:rsidRPr="00020D4A">
      <w:rPr>
        <w:rFonts w:ascii="Clara Sans" w:hAnsi="Clara Sans"/>
        <w:sz w:val="16"/>
        <w:szCs w:val="16"/>
      </w:rPr>
      <w:t>Measure</w:t>
    </w:r>
    <w:r w:rsidRPr="00020D4A">
      <w:rPr>
        <w:rFonts w:ascii="Clara Sans" w:hAnsi="Clara Sans"/>
        <w:sz w:val="16"/>
        <w:szCs w:val="16"/>
      </w:rPr>
      <w:t xml:space="preserve"> D137</w:t>
    </w:r>
    <w:r w:rsidRPr="00020D4A">
      <w:rPr>
        <w:rFonts w:ascii="Clara Sans" w:hAnsi="Clara Sans"/>
        <w:sz w:val="16"/>
        <w:szCs w:val="16"/>
      </w:rPr>
      <w:br/>
      <w:t>Annex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A3895" w14:textId="77777777" w:rsidR="00B41392" w:rsidRDefault="00B41392">
      <w:r>
        <w:separator/>
      </w:r>
    </w:p>
  </w:footnote>
  <w:footnote w:type="continuationSeparator" w:id="0">
    <w:p w14:paraId="1D75D7CD" w14:textId="77777777" w:rsidR="00B41392" w:rsidRDefault="00B41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BF7FA" w14:textId="77777777" w:rsidR="00314D67" w:rsidRDefault="00000000">
    <w:pPr>
      <w:pStyle w:val="Zhlav"/>
    </w:pPr>
    <w:r>
      <w:rPr>
        <w:noProof/>
      </w:rPr>
      <w:drawing>
        <wp:inline distT="0" distB="0" distL="0" distR="0" wp14:anchorId="2BBF251D" wp14:editId="5EFF8759">
          <wp:extent cx="4860000" cy="8944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1"/>
                  <a:stretch>
                    <a:fillRect/>
                  </a:stretch>
                </pic:blipFill>
                <pic:spPr>
                  <a:xfrm>
                    <a:off x="0" y="0"/>
                    <a:ext cx="4860000" cy="8944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1766027158">
    <w:abstractNumId w:val="8"/>
  </w:num>
  <w:num w:numId="2" w16cid:durableId="1399937944">
    <w:abstractNumId w:val="6"/>
  </w:num>
  <w:num w:numId="3" w16cid:durableId="1065449435">
    <w:abstractNumId w:val="5"/>
  </w:num>
  <w:num w:numId="4" w16cid:durableId="524027824">
    <w:abstractNumId w:val="4"/>
  </w:num>
  <w:num w:numId="5" w16cid:durableId="1292175966">
    <w:abstractNumId w:val="7"/>
  </w:num>
  <w:num w:numId="6" w16cid:durableId="1282566411">
    <w:abstractNumId w:val="3"/>
  </w:num>
  <w:num w:numId="7" w16cid:durableId="1570850354">
    <w:abstractNumId w:val="2"/>
  </w:num>
  <w:num w:numId="8" w16cid:durableId="1617179006">
    <w:abstractNumId w:val="1"/>
  </w:num>
  <w:num w:numId="9" w16cid:durableId="1468863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D4A"/>
    <w:rsid w:val="00034616"/>
    <w:rsid w:val="0006063C"/>
    <w:rsid w:val="000C581D"/>
    <w:rsid w:val="0015074B"/>
    <w:rsid w:val="001F21F6"/>
    <w:rsid w:val="0029639D"/>
    <w:rsid w:val="002E6F0F"/>
    <w:rsid w:val="00314D67"/>
    <w:rsid w:val="00326F90"/>
    <w:rsid w:val="006123A9"/>
    <w:rsid w:val="00894291"/>
    <w:rsid w:val="00AA1D8D"/>
    <w:rsid w:val="00B41392"/>
    <w:rsid w:val="00B47730"/>
    <w:rsid w:val="00B55A92"/>
    <w:rsid w:val="00B75E2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D18BC7"/>
  <w14:defaultImageDpi w14:val="300"/>
  <w15:docId w15:val="{9EE47E7F-31F1-D74D-B56B-A54040B4F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0" w:line="240" w:lineRule="auto"/>
    </w:pPr>
    <w:rPr>
      <w:rFonts w:ascii="Times New Roman" w:eastAsia="Times New Roman" w:hAnsi="Times New Roman" w:cs="Times New Roman"/>
      <w:sz w:val="21"/>
    </w:rPr>
  </w:style>
  <w:style w:type="paragraph" w:styleId="Nadpis1">
    <w:name w:val="heading 1"/>
    <w:basedOn w:val="Normln"/>
    <w:next w:val="Normln"/>
    <w:link w:val="Nadpis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179</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One-Off Extraordinary Scholarship For Successful Defence Of The Dissertation</dc:title>
  <dc:subject>Annex 1 to draft Dean's Measure</dc:subject>
  <dc:creator>Faculty of Science, University of South Bohemia</dc:creator>
  <cp:keywords/>
  <dc:description>generated by python-docx</dc:description>
  <cp:lastModifiedBy>Vácha František prof. RNDr. Ph.D.</cp:lastModifiedBy>
  <cp:revision>3</cp:revision>
  <dcterms:created xsi:type="dcterms:W3CDTF">2026-09-10T12:10:00Z</dcterms:created>
  <dcterms:modified xsi:type="dcterms:W3CDTF">2026-09-10T13:23:00Z</dcterms:modified>
  <cp:category/>
</cp:coreProperties>
</file>