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A6BE" w14:textId="52FED713" w:rsidR="0099380C" w:rsidRPr="00961B1F" w:rsidRDefault="00070916">
      <w:pPr>
        <w:keepNext/>
        <w:spacing w:before="120" w:after="360"/>
        <w:jc w:val="right"/>
        <w:rPr>
          <w:rFonts w:ascii="Clara Sans" w:hAnsi="Clara Sans"/>
        </w:rPr>
      </w:pPr>
      <w:r w:rsidRPr="00961B1F">
        <w:rPr>
          <w:rFonts w:ascii="Clara Sans" w:hAnsi="Clara Sans"/>
          <w:i/>
          <w:color w:val="000000"/>
          <w:sz w:val="23"/>
          <w:lang w:val="en-GB"/>
        </w:rPr>
        <w:t>Annex 1 to Dean’s Measure D</w:t>
      </w:r>
      <w:r w:rsidR="00961B1F">
        <w:rPr>
          <w:rFonts w:ascii="Clara Sans" w:hAnsi="Clara Sans"/>
          <w:i/>
          <w:color w:val="000000"/>
          <w:sz w:val="23"/>
          <w:lang w:val="en-GB"/>
        </w:rPr>
        <w:t>139</w:t>
      </w:r>
    </w:p>
    <w:p w14:paraId="527CBED5" w14:textId="6004ED01" w:rsidR="0099380C" w:rsidRDefault="00070916">
      <w:pPr>
        <w:keepNext/>
        <w:keepLines/>
        <w:spacing w:after="280"/>
        <w:jc w:val="center"/>
      </w:pPr>
      <w:r>
        <w:rPr>
          <w:b/>
          <w:color w:val="000000"/>
          <w:sz w:val="28"/>
          <w:lang w:val="en-GB"/>
        </w:rPr>
        <w:t xml:space="preserve">APPLICATION </w:t>
      </w:r>
      <w:r w:rsidR="00F5152A">
        <w:rPr>
          <w:b/>
          <w:color w:val="000000"/>
          <w:sz w:val="28"/>
          <w:lang w:val="en-GB"/>
        </w:rPr>
        <w:t xml:space="preserve">FOR </w:t>
      </w:r>
      <w:r w:rsidR="007A3260" w:rsidRPr="007A3260">
        <w:rPr>
          <w:b/>
          <w:caps/>
          <w:color w:val="000000"/>
          <w:sz w:val="28"/>
          <w:lang w:val="en-GB"/>
        </w:rPr>
        <w:t>Completion Bonuses for Supervisors</w:t>
      </w:r>
      <w:r>
        <w:rPr>
          <w:b/>
          <w:color w:val="000000"/>
          <w:sz w:val="28"/>
          <w:lang w:val="en-GB"/>
        </w:rPr>
        <w:t xml:space="preserve"> FOLLOWING SUCCESSFUL COMPLETION OF DOCTORAL STUDIES</w:t>
      </w:r>
    </w:p>
    <w:p w14:paraId="16B1DC4E" w14:textId="77777777" w:rsidR="0099380C" w:rsidRDefault="00070916">
      <w:pPr>
        <w:keepLines/>
        <w:spacing w:after="140"/>
        <w:jc w:val="both"/>
      </w:pPr>
      <w:r>
        <w:rPr>
          <w:color w:val="000000"/>
          <w:lang w:val="en-GB"/>
        </w:rPr>
        <w:t>Following the successful defence of the dissertation and proper completion of studies, the supervisor shall send the completed form to the Office of the Vice-Dean for Doctoral Studies.</w:t>
      </w:r>
    </w:p>
    <w:p w14:paraId="405D5788" w14:textId="77777777" w:rsidR="0099380C" w:rsidRDefault="00070916">
      <w:pPr>
        <w:keepNext/>
        <w:spacing w:before="200" w:after="100"/>
      </w:pPr>
      <w:r>
        <w:rPr>
          <w:b/>
          <w:color w:val="000000"/>
          <w:sz w:val="23"/>
          <w:lang w:val="en-GB"/>
        </w:rPr>
        <w:t>SUPERVISOR DETAILS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99380C" w14:paraId="5A7E8F8C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7F3C2EA" w14:textId="77777777" w:rsidR="0099380C" w:rsidRDefault="00070916">
            <w:r>
              <w:rPr>
                <w:b/>
                <w:color w:val="000000"/>
                <w:lang w:val="en-GB"/>
              </w:rPr>
              <w:t>Full name and titles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D8961ED" w14:textId="77777777" w:rsidR="0099380C" w:rsidRDefault="0099380C"/>
        </w:tc>
      </w:tr>
      <w:tr w:rsidR="0099380C" w14:paraId="02322379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455CE84" w14:textId="77777777" w:rsidR="0099380C" w:rsidRDefault="00070916">
            <w:r>
              <w:rPr>
                <w:b/>
                <w:color w:val="000000"/>
                <w:lang w:val="en-GB"/>
              </w:rPr>
              <w:t>Department or institution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E083EF" w14:textId="77777777" w:rsidR="0099380C" w:rsidRDefault="0099380C"/>
        </w:tc>
      </w:tr>
      <w:tr w:rsidR="0099380C" w14:paraId="0A712936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8877C8C" w14:textId="77777777" w:rsidR="0099380C" w:rsidRDefault="00070916">
            <w:r>
              <w:rPr>
                <w:b/>
                <w:color w:val="000000"/>
                <w:lang w:val="en-GB"/>
              </w:rPr>
              <w:t>E-mail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0C1EB6A" w14:textId="77777777" w:rsidR="0099380C" w:rsidRDefault="0099380C"/>
        </w:tc>
      </w:tr>
      <w:tr w:rsidR="0099380C" w14:paraId="004141DB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246BF14" w14:textId="77777777" w:rsidR="0099380C" w:rsidRDefault="00070916">
            <w:r>
              <w:rPr>
                <w:b/>
                <w:color w:val="000000"/>
                <w:lang w:val="en-GB"/>
              </w:rPr>
              <w:t>Employee of USB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F1D4086" w14:textId="77777777" w:rsidR="0099380C" w:rsidRDefault="00070916">
            <w:r>
              <w:rPr>
                <w:color w:val="000000"/>
                <w:lang w:val="en-GB"/>
              </w:rPr>
              <w:t>☐ yes      ☐ no</w:t>
            </w:r>
          </w:p>
        </w:tc>
      </w:tr>
    </w:tbl>
    <w:p w14:paraId="6288149F" w14:textId="77777777" w:rsidR="0099380C" w:rsidRDefault="00070916">
      <w:pPr>
        <w:keepNext/>
        <w:spacing w:before="200" w:after="100"/>
      </w:pPr>
      <w:r>
        <w:rPr>
          <w:b/>
          <w:color w:val="000000"/>
          <w:sz w:val="23"/>
          <w:lang w:val="en-GB"/>
        </w:rPr>
        <w:t>STUDENT AND COMPLETION DETAILS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99380C" w14:paraId="4AA3C0A6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98BFC18" w14:textId="77777777" w:rsidR="0099380C" w:rsidRDefault="00070916">
            <w:r>
              <w:rPr>
                <w:b/>
                <w:color w:val="000000"/>
                <w:lang w:val="en-GB"/>
              </w:rPr>
              <w:t>Student’s full name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52EEE6" w14:textId="77777777" w:rsidR="0099380C" w:rsidRDefault="0099380C"/>
        </w:tc>
      </w:tr>
      <w:tr w:rsidR="0099380C" w14:paraId="56010335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7D803F2" w14:textId="77777777" w:rsidR="0099380C" w:rsidRDefault="00070916">
            <w:r>
              <w:rPr>
                <w:b/>
                <w:color w:val="000000"/>
                <w:lang w:val="en-GB"/>
              </w:rPr>
              <w:t>Doctoral study programme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51C33ED" w14:textId="77777777" w:rsidR="0099380C" w:rsidRDefault="0099380C"/>
        </w:tc>
      </w:tr>
      <w:tr w:rsidR="0099380C" w14:paraId="4B923018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FE4E8AF" w14:textId="77777777" w:rsidR="0099380C" w:rsidRDefault="00070916">
            <w:r>
              <w:rPr>
                <w:b/>
                <w:color w:val="000000"/>
                <w:lang w:val="en-GB"/>
              </w:rPr>
              <w:t>Date of first enrolment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BBF7903" w14:textId="77777777" w:rsidR="0099380C" w:rsidRDefault="0099380C"/>
        </w:tc>
      </w:tr>
      <w:tr w:rsidR="0099380C" w14:paraId="52B1F21F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F278E85" w14:textId="77777777" w:rsidR="0099380C" w:rsidRDefault="00070916">
            <w:r>
              <w:rPr>
                <w:b/>
                <w:color w:val="000000"/>
                <w:lang w:val="en-GB"/>
              </w:rPr>
              <w:t>Date of successful defence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937310" w14:textId="77777777" w:rsidR="0099380C" w:rsidRDefault="0099380C"/>
        </w:tc>
      </w:tr>
    </w:tbl>
    <w:p w14:paraId="7C926AEE" w14:textId="7A2EFDFA" w:rsidR="0099380C" w:rsidRDefault="00070916">
      <w:pPr>
        <w:keepNext/>
        <w:spacing w:before="200" w:after="100"/>
      </w:pPr>
      <w:r>
        <w:rPr>
          <w:b/>
          <w:color w:val="000000"/>
          <w:sz w:val="23"/>
          <w:lang w:val="en-GB"/>
        </w:rPr>
        <w:t>SUPERVISOR</w:t>
      </w:r>
      <w:r w:rsidR="00883AC8">
        <w:rPr>
          <w:b/>
          <w:color w:val="000000"/>
          <w:sz w:val="23"/>
          <w:lang w:val="en-GB"/>
        </w:rPr>
        <w:t xml:space="preserve">’S </w:t>
      </w:r>
      <w:r w:rsidR="00883AC8" w:rsidRPr="00883AC8">
        <w:rPr>
          <w:b/>
          <w:caps/>
          <w:color w:val="000000"/>
          <w:sz w:val="23"/>
          <w:lang w:val="en-GB"/>
        </w:rPr>
        <w:t>completion</w:t>
      </w:r>
      <w:r>
        <w:rPr>
          <w:b/>
          <w:color w:val="000000"/>
          <w:sz w:val="23"/>
          <w:lang w:val="en-GB"/>
        </w:rPr>
        <w:t xml:space="preserve"> </w:t>
      </w:r>
      <w:r w:rsidR="00F5152A">
        <w:rPr>
          <w:b/>
          <w:color w:val="000000"/>
          <w:sz w:val="23"/>
          <w:lang w:val="en-GB"/>
        </w:rPr>
        <w:t>BONUS</w:t>
      </w:r>
      <w:r>
        <w:rPr>
          <w:b/>
          <w:color w:val="000000"/>
          <w:sz w:val="23"/>
          <w:lang w:val="en-GB"/>
        </w:rPr>
        <w:t xml:space="preserve"> REQUESTED</w:t>
      </w:r>
    </w:p>
    <w:p w14:paraId="181D2540" w14:textId="77777777" w:rsidR="0099380C" w:rsidRDefault="00070916">
      <w:pPr>
        <w:keepLines/>
        <w:spacing w:after="80"/>
      </w:pPr>
      <w:r>
        <w:rPr>
          <w:color w:val="000000"/>
          <w:lang w:val="en-GB"/>
        </w:rPr>
        <w:t>☐  CZK 30,000 – studies completed within the standard period of study</w:t>
      </w:r>
    </w:p>
    <w:p w14:paraId="312AB43C" w14:textId="77777777" w:rsidR="0099380C" w:rsidRDefault="00070916">
      <w:pPr>
        <w:keepLines/>
        <w:spacing w:after="80"/>
      </w:pPr>
      <w:r>
        <w:rPr>
          <w:color w:val="000000"/>
          <w:lang w:val="en-GB"/>
        </w:rPr>
        <w:t>☐  CZK 15,000 – studies completed no later than by the end of the standard period of study extended by one year</w:t>
      </w:r>
    </w:p>
    <w:p w14:paraId="4E512D2D" w14:textId="50BC3DA9" w:rsidR="0099380C" w:rsidRDefault="00070916">
      <w:pPr>
        <w:keepLines/>
        <w:spacing w:before="140" w:after="120"/>
        <w:rPr>
          <w:color w:val="000000"/>
          <w:lang w:val="en-GB"/>
        </w:rPr>
      </w:pPr>
      <w:r>
        <w:rPr>
          <w:color w:val="000000"/>
          <w:lang w:val="en-GB"/>
        </w:rPr>
        <w:t xml:space="preserve">I apply for </w:t>
      </w:r>
      <w:r w:rsidR="00883AC8">
        <w:rPr>
          <w:color w:val="000000"/>
          <w:lang w:val="en-GB"/>
        </w:rPr>
        <w:t xml:space="preserve">the Completion Bonus </w:t>
      </w:r>
      <w:r>
        <w:rPr>
          <w:color w:val="000000"/>
          <w:lang w:val="en-GB"/>
        </w:rPr>
        <w:t xml:space="preserve">under </w:t>
      </w:r>
      <w:r w:rsidR="00CB056E">
        <w:rPr>
          <w:color w:val="000000"/>
          <w:lang w:val="en-GB"/>
        </w:rPr>
        <w:t xml:space="preserve">the </w:t>
      </w:r>
      <w:r>
        <w:rPr>
          <w:color w:val="000000"/>
          <w:lang w:val="en-GB"/>
        </w:rPr>
        <w:t xml:space="preserve">Article I of </w:t>
      </w:r>
      <w:r w:rsidR="00CB056E">
        <w:rPr>
          <w:color w:val="000000"/>
          <w:lang w:val="en-GB"/>
        </w:rPr>
        <w:t xml:space="preserve">the </w:t>
      </w:r>
      <w:r>
        <w:rPr>
          <w:color w:val="000000"/>
          <w:lang w:val="en-GB"/>
        </w:rPr>
        <w:t>Dean’s Measure D</w:t>
      </w:r>
      <w:r w:rsidR="00883AC8">
        <w:rPr>
          <w:color w:val="000000"/>
          <w:lang w:val="en-GB"/>
        </w:rPr>
        <w:t>139</w:t>
      </w:r>
      <w:r>
        <w:rPr>
          <w:color w:val="000000"/>
          <w:lang w:val="en-GB"/>
        </w:rPr>
        <w:t xml:space="preserve"> and confirm that the information provided is correct.</w:t>
      </w:r>
    </w:p>
    <w:p w14:paraId="63DF9E0B" w14:textId="77777777" w:rsidR="00775DBE" w:rsidRDefault="00775DBE">
      <w:pPr>
        <w:keepLines/>
        <w:spacing w:before="140" w:after="120"/>
        <w:rPr>
          <w:color w:val="000000"/>
          <w:lang w:val="en-GB"/>
        </w:rPr>
      </w:pPr>
    </w:p>
    <w:p w14:paraId="7F217F42" w14:textId="77777777" w:rsidR="00775DBE" w:rsidRDefault="00775DBE">
      <w:pPr>
        <w:keepLines/>
        <w:spacing w:before="140" w:after="120"/>
        <w:rPr>
          <w:color w:val="000000"/>
          <w:lang w:val="en-GB"/>
        </w:rPr>
      </w:pPr>
    </w:p>
    <w:p w14:paraId="6868EC94" w14:textId="77777777" w:rsidR="00775DBE" w:rsidRDefault="00775DBE">
      <w:pPr>
        <w:keepLines/>
        <w:spacing w:before="140" w:after="120"/>
        <w:rPr>
          <w:color w:val="000000"/>
          <w:lang w:val="en-GB"/>
        </w:rPr>
      </w:pPr>
    </w:p>
    <w:p w14:paraId="33B2075D" w14:textId="77777777" w:rsidR="00775DBE" w:rsidRDefault="00775DBE">
      <w:pPr>
        <w:keepLines/>
        <w:spacing w:before="140" w:after="120"/>
      </w:pPr>
    </w:p>
    <w:tbl>
      <w:tblPr>
        <w:tblpPr w:leftFromText="180" w:rightFromText="180" w:vertAnchor="text" w:horzAnchor="margin" w:tblpY="10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775DBE" w14:paraId="58ED359E" w14:textId="77777777" w:rsidTr="00775DBE">
        <w:tc>
          <w:tcPr>
            <w:tcW w:w="4536" w:type="dxa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B7B71" w14:textId="77777777" w:rsidR="00775DBE" w:rsidRDefault="00775DBE" w:rsidP="00775DBE">
            <w:pPr>
              <w:jc w:val="center"/>
            </w:pPr>
            <w:r>
              <w:rPr>
                <w:color w:val="000000"/>
                <w:sz w:val="19"/>
                <w:lang w:val="en-GB"/>
              </w:rPr>
              <w:br/>
            </w:r>
          </w:p>
        </w:tc>
        <w:tc>
          <w:tcPr>
            <w:tcW w:w="4536" w:type="dxa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FB9E1B" w14:textId="77777777" w:rsidR="00775DBE" w:rsidRDefault="00775DBE" w:rsidP="00775DBE">
            <w:pPr>
              <w:jc w:val="center"/>
            </w:pPr>
            <w:r>
              <w:rPr>
                <w:color w:val="000000"/>
                <w:sz w:val="19"/>
                <w:lang w:val="en-GB"/>
              </w:rPr>
              <w:br/>
            </w:r>
          </w:p>
        </w:tc>
      </w:tr>
      <w:tr w:rsidR="00775DBE" w14:paraId="4E174A3A" w14:textId="77777777" w:rsidTr="00775DBE"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2ED700" w14:textId="77777777" w:rsidR="00775DBE" w:rsidRDefault="00775DBE" w:rsidP="00775DBE">
            <w:pPr>
              <w:jc w:val="center"/>
            </w:pPr>
            <w:r>
              <w:rPr>
                <w:color w:val="000000"/>
                <w:sz w:val="19"/>
                <w:lang w:val="en-GB"/>
              </w:rPr>
              <w:t>place and date</w:t>
            </w:r>
          </w:p>
        </w:tc>
        <w:tc>
          <w:tcPr>
            <w:tcW w:w="453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FAE45A" w14:textId="77777777" w:rsidR="00775DBE" w:rsidRDefault="00775DBE" w:rsidP="00775DBE">
            <w:pPr>
              <w:jc w:val="center"/>
            </w:pPr>
            <w:r>
              <w:rPr>
                <w:color w:val="000000"/>
                <w:sz w:val="19"/>
                <w:lang w:val="en-GB"/>
              </w:rPr>
              <w:t>supervisor’s signature</w:t>
            </w:r>
          </w:p>
        </w:tc>
      </w:tr>
    </w:tbl>
    <w:p w14:paraId="2DB0009F" w14:textId="6E8784BC" w:rsidR="0099380C" w:rsidRDefault="00775DBE">
      <w:r>
        <w:t xml:space="preserve"> </w:t>
      </w:r>
      <w:r>
        <w:br w:type="page"/>
      </w:r>
    </w:p>
    <w:p w14:paraId="63DC9D6E" w14:textId="77777777" w:rsidR="00FC00A7" w:rsidRDefault="00FC00A7">
      <w:pPr>
        <w:keepNext/>
        <w:spacing w:before="200" w:after="100"/>
        <w:rPr>
          <w:b/>
          <w:color w:val="000000"/>
          <w:sz w:val="23"/>
          <w:lang w:val="en-GB"/>
        </w:rPr>
      </w:pPr>
    </w:p>
    <w:p w14:paraId="54148EF4" w14:textId="48078741" w:rsidR="0099380C" w:rsidRDefault="00070916">
      <w:pPr>
        <w:keepNext/>
        <w:spacing w:before="200" w:after="100"/>
      </w:pPr>
      <w:r>
        <w:rPr>
          <w:b/>
          <w:color w:val="000000"/>
          <w:sz w:val="23"/>
          <w:lang w:val="en-GB"/>
        </w:rPr>
        <w:t>OPTIONAL PROPOSAL FOR CO-SUPERVISOR</w:t>
      </w:r>
      <w:r w:rsidR="001750E3">
        <w:rPr>
          <w:b/>
          <w:color w:val="000000"/>
          <w:sz w:val="23"/>
          <w:lang w:val="en-GB"/>
        </w:rPr>
        <w:t xml:space="preserve">’S </w:t>
      </w:r>
      <w:r w:rsidR="001750E3" w:rsidRPr="001750E3">
        <w:rPr>
          <w:b/>
          <w:caps/>
          <w:color w:val="000000"/>
          <w:sz w:val="23"/>
          <w:lang w:val="en-GB"/>
        </w:rPr>
        <w:t>Completion Bonus</w:t>
      </w:r>
    </w:p>
    <w:p w14:paraId="33BD1383" w14:textId="0312934F" w:rsidR="0099380C" w:rsidRDefault="00070916">
      <w:pPr>
        <w:spacing w:after="140"/>
      </w:pPr>
      <w:r>
        <w:rPr>
          <w:i/>
          <w:color w:val="000000"/>
          <w:lang w:val="en-GB"/>
        </w:rPr>
        <w:t xml:space="preserve">Complete this section only if </w:t>
      </w:r>
      <w:r w:rsidR="007856AD">
        <w:rPr>
          <w:i/>
          <w:color w:val="000000"/>
          <w:lang w:val="en-GB"/>
        </w:rPr>
        <w:t>the bonus</w:t>
      </w:r>
      <w:r>
        <w:rPr>
          <w:i/>
          <w:color w:val="000000"/>
          <w:lang w:val="en-GB"/>
        </w:rPr>
        <w:t xml:space="preserve"> is proposed for a co-supervisor.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99380C" w14:paraId="7056E994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7A25F81" w14:textId="3BDBD699" w:rsidR="0099380C" w:rsidRDefault="00070916">
            <w:r>
              <w:rPr>
                <w:b/>
                <w:color w:val="000000"/>
                <w:lang w:val="en-GB"/>
              </w:rPr>
              <w:t>I propose co-supervisor</w:t>
            </w:r>
            <w:r w:rsidR="007856AD">
              <w:rPr>
                <w:b/>
                <w:color w:val="000000"/>
                <w:lang w:val="en-GB"/>
              </w:rPr>
              <w:t>’s</w:t>
            </w:r>
            <w:r>
              <w:rPr>
                <w:b/>
                <w:color w:val="000000"/>
                <w:lang w:val="en-GB"/>
              </w:rPr>
              <w:t xml:space="preserve"> </w:t>
            </w:r>
            <w:r w:rsidR="007856AD">
              <w:rPr>
                <w:b/>
                <w:color w:val="000000"/>
                <w:lang w:val="en-GB"/>
              </w:rPr>
              <w:t>bonus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36CCAE" w14:textId="77777777" w:rsidR="0099380C" w:rsidRDefault="00070916">
            <w:r>
              <w:rPr>
                <w:color w:val="000000"/>
                <w:lang w:val="en-GB"/>
              </w:rPr>
              <w:t>☐ yes      ☐ no</w:t>
            </w:r>
          </w:p>
        </w:tc>
      </w:tr>
      <w:tr w:rsidR="0099380C" w14:paraId="2F75FBB2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4BBFB6" w14:textId="77777777" w:rsidR="0099380C" w:rsidRDefault="00070916">
            <w:r>
              <w:rPr>
                <w:b/>
                <w:color w:val="000000"/>
                <w:lang w:val="en-GB"/>
              </w:rPr>
              <w:t>Full name and titles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2068700" w14:textId="77777777" w:rsidR="0099380C" w:rsidRDefault="0099380C"/>
        </w:tc>
      </w:tr>
      <w:tr w:rsidR="0099380C" w14:paraId="7D6339A4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C459655" w14:textId="77777777" w:rsidR="0099380C" w:rsidRDefault="00070916">
            <w:r>
              <w:rPr>
                <w:b/>
                <w:color w:val="000000"/>
                <w:lang w:val="en-GB"/>
              </w:rPr>
              <w:t>Department or institution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A51D55" w14:textId="77777777" w:rsidR="0099380C" w:rsidRDefault="0099380C"/>
        </w:tc>
      </w:tr>
      <w:tr w:rsidR="0099380C" w14:paraId="61FA4A1C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2A73AD8" w14:textId="77777777" w:rsidR="0099380C" w:rsidRDefault="00070916">
            <w:r>
              <w:rPr>
                <w:b/>
                <w:color w:val="000000"/>
                <w:lang w:val="en-GB"/>
              </w:rPr>
              <w:t>E-mail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4894A75" w14:textId="77777777" w:rsidR="0099380C" w:rsidRDefault="0099380C"/>
        </w:tc>
      </w:tr>
      <w:tr w:rsidR="0099380C" w14:paraId="37F170EF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9FA0BAE" w14:textId="77777777" w:rsidR="0099380C" w:rsidRDefault="00070916">
            <w:r>
              <w:rPr>
                <w:b/>
                <w:color w:val="000000"/>
                <w:lang w:val="en-GB"/>
              </w:rPr>
              <w:t>Employee of USB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9F078C" w14:textId="77777777" w:rsidR="0099380C" w:rsidRDefault="00070916">
            <w:r>
              <w:rPr>
                <w:color w:val="000000"/>
                <w:lang w:val="en-GB"/>
              </w:rPr>
              <w:t>☐ yes      ☐ no</w:t>
            </w:r>
          </w:p>
        </w:tc>
      </w:tr>
      <w:tr w:rsidR="0099380C" w14:paraId="3BC100BC" w14:textId="77777777">
        <w:trPr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48649F4" w14:textId="77777777" w:rsidR="0099380C" w:rsidRDefault="00070916">
            <w:r>
              <w:rPr>
                <w:b/>
                <w:color w:val="000000"/>
                <w:lang w:val="en-GB"/>
              </w:rPr>
              <w:t>Amount proposed</w:t>
            </w:r>
          </w:p>
        </w:tc>
        <w:tc>
          <w:tcPr>
            <w:tcW w:w="6123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ECFFA44" w14:textId="77777777" w:rsidR="0099380C" w:rsidRDefault="00070916">
            <w:r>
              <w:rPr>
                <w:color w:val="000000"/>
                <w:lang w:val="en-GB"/>
              </w:rPr>
              <w:t>CZK ________________</w:t>
            </w:r>
          </w:p>
        </w:tc>
      </w:tr>
    </w:tbl>
    <w:p w14:paraId="7645F3B3" w14:textId="77777777" w:rsidR="0099380C" w:rsidRDefault="00070916">
      <w:pPr>
        <w:keepNext/>
        <w:spacing w:before="200" w:after="100"/>
      </w:pPr>
      <w:r>
        <w:rPr>
          <w:b/>
          <w:color w:val="000000"/>
          <w:sz w:val="23"/>
          <w:lang w:val="en-GB"/>
        </w:rPr>
        <w:t>Brief justification of the co-supervisor’s contribution to the academic supervision of the doctoral student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380C" w14:paraId="30CA7441" w14:textId="77777777">
        <w:trPr>
          <w:jc w:val="center"/>
        </w:trPr>
        <w:tc>
          <w:tcPr>
            <w:tcW w:w="9072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4A31E33" w14:textId="77777777" w:rsidR="0099380C" w:rsidRDefault="00070916">
            <w:r>
              <w:rPr>
                <w:color w:val="000000"/>
                <w:lang w:val="en-GB"/>
              </w:rPr>
              <w:br/>
            </w:r>
            <w:r>
              <w:rPr>
                <w:color w:val="000000"/>
                <w:lang w:val="en-GB"/>
              </w:rPr>
              <w:br/>
            </w:r>
            <w:r>
              <w:rPr>
                <w:color w:val="000000"/>
                <w:lang w:val="en-GB"/>
              </w:rPr>
              <w:br/>
            </w:r>
            <w:r>
              <w:rPr>
                <w:color w:val="000000"/>
                <w:lang w:val="en-GB"/>
              </w:rPr>
              <w:br/>
            </w:r>
            <w:r>
              <w:rPr>
                <w:color w:val="000000"/>
                <w:lang w:val="en-GB"/>
              </w:rPr>
              <w:br/>
            </w:r>
          </w:p>
        </w:tc>
      </w:tr>
    </w:tbl>
    <w:p w14:paraId="61DAA07A" w14:textId="77777777" w:rsidR="0099380C" w:rsidRDefault="00070916">
      <w:pPr>
        <w:keepNext/>
        <w:spacing w:before="200" w:after="100"/>
      </w:pPr>
      <w:r>
        <w:rPr>
          <w:b/>
          <w:color w:val="000000"/>
          <w:sz w:val="23"/>
          <w:lang w:val="en-GB"/>
        </w:rPr>
        <w:t>FOR USE BY THE OFFICE OF THE VICE-DEAN FOR DOCTORAL STUDIES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1588"/>
        <w:gridCol w:w="4535"/>
        <w:gridCol w:w="34"/>
      </w:tblGrid>
      <w:tr w:rsidR="0099380C" w14:paraId="6F30BBDE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B4B515F" w14:textId="77777777" w:rsidR="0099380C" w:rsidRDefault="00070916">
            <w:r>
              <w:rPr>
                <w:b/>
                <w:color w:val="000000"/>
                <w:lang w:val="en-GB"/>
              </w:rPr>
              <w:t>Conditions verified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37D7650" w14:textId="77777777" w:rsidR="0099380C" w:rsidRDefault="00070916">
            <w:r>
              <w:rPr>
                <w:color w:val="000000"/>
                <w:lang w:val="en-GB"/>
              </w:rPr>
              <w:t>☐ yes      ☐ no</w:t>
            </w:r>
          </w:p>
        </w:tc>
      </w:tr>
      <w:tr w:rsidR="0099380C" w14:paraId="30963ED7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BA42790" w14:textId="0A2B1C4D" w:rsidR="0099380C" w:rsidRDefault="00070916">
            <w:r>
              <w:rPr>
                <w:b/>
                <w:color w:val="000000"/>
                <w:lang w:val="en-GB"/>
              </w:rPr>
              <w:t>Supervisor</w:t>
            </w:r>
            <w:r w:rsidR="00087B8A">
              <w:rPr>
                <w:b/>
                <w:color w:val="000000"/>
                <w:lang w:val="en-GB"/>
              </w:rPr>
              <w:t>’s bonus</w:t>
            </w:r>
            <w:r>
              <w:rPr>
                <w:b/>
                <w:color w:val="000000"/>
                <w:lang w:val="en-GB"/>
              </w:rPr>
              <w:t xml:space="preserve"> confirmed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38E9927" w14:textId="77777777" w:rsidR="0099380C" w:rsidRDefault="00070916">
            <w:r>
              <w:rPr>
                <w:color w:val="000000"/>
                <w:lang w:val="en-GB"/>
              </w:rPr>
              <w:t>CZK ________________</w:t>
            </w:r>
          </w:p>
        </w:tc>
      </w:tr>
      <w:tr w:rsidR="0099380C" w14:paraId="67BE0889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EF59780" w14:textId="48B84673" w:rsidR="0099380C" w:rsidRDefault="00070916">
            <w:r>
              <w:rPr>
                <w:b/>
                <w:color w:val="000000"/>
                <w:lang w:val="en-GB"/>
              </w:rPr>
              <w:t>Co-supervisor</w:t>
            </w:r>
            <w:r w:rsidR="00087B8A">
              <w:rPr>
                <w:b/>
                <w:color w:val="000000"/>
                <w:lang w:val="en-GB"/>
              </w:rPr>
              <w:t>’s</w:t>
            </w:r>
            <w:r>
              <w:rPr>
                <w:b/>
                <w:color w:val="000000"/>
                <w:lang w:val="en-GB"/>
              </w:rPr>
              <w:t xml:space="preserve"> </w:t>
            </w:r>
            <w:r w:rsidR="00087B8A">
              <w:rPr>
                <w:b/>
                <w:color w:val="000000"/>
                <w:lang w:val="en-GB"/>
              </w:rPr>
              <w:t>bonus</w:t>
            </w:r>
            <w:r>
              <w:rPr>
                <w:b/>
                <w:color w:val="000000"/>
                <w:lang w:val="en-GB"/>
              </w:rPr>
              <w:t xml:space="preserve"> proposed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EC1B15C" w14:textId="77777777" w:rsidR="0099380C" w:rsidRDefault="00070916">
            <w:r>
              <w:rPr>
                <w:color w:val="000000"/>
                <w:lang w:val="en-GB"/>
              </w:rPr>
              <w:t>CZK ________________</w:t>
            </w:r>
          </w:p>
        </w:tc>
      </w:tr>
      <w:tr w:rsidR="0099380C" w14:paraId="06AC3080" w14:textId="77777777">
        <w:trPr>
          <w:gridAfter w:val="1"/>
          <w:wAfter w:w="34" w:type="dxa"/>
          <w:jc w:val="center"/>
        </w:trPr>
        <w:tc>
          <w:tcPr>
            <w:tcW w:w="2948" w:type="dxa"/>
            <w:shd w:val="clear" w:color="auto" w:fill="E7E6E6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05A6230" w14:textId="77777777" w:rsidR="0099380C" w:rsidRDefault="00070916">
            <w:r>
              <w:rPr>
                <w:b/>
                <w:color w:val="000000"/>
                <w:lang w:val="en-GB"/>
              </w:rPr>
              <w:t>Notes</w:t>
            </w:r>
          </w:p>
        </w:tc>
        <w:tc>
          <w:tcPr>
            <w:tcW w:w="6123" w:type="dxa"/>
            <w:gridSpan w:val="2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6758CED" w14:textId="77777777" w:rsidR="0099380C" w:rsidRDefault="00070916">
            <w:r>
              <w:rPr>
                <w:color w:val="000000"/>
                <w:lang w:val="en-GB"/>
              </w:rPr>
              <w:br/>
            </w:r>
            <w:r>
              <w:rPr>
                <w:color w:val="000000"/>
                <w:lang w:val="en-GB"/>
              </w:rPr>
              <w:br/>
            </w:r>
          </w:p>
        </w:tc>
      </w:tr>
      <w:tr w:rsidR="0099380C" w14:paraId="1ADDCEC0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jc w:val="center"/>
        </w:trPr>
        <w:tc>
          <w:tcPr>
            <w:tcW w:w="4536" w:type="dxa"/>
            <w:gridSpan w:val="2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97931B" w14:textId="77777777" w:rsidR="00775DBE" w:rsidRDefault="00775DBE">
            <w:pPr>
              <w:jc w:val="center"/>
              <w:rPr>
                <w:color w:val="000000"/>
                <w:sz w:val="19"/>
                <w:lang w:val="en-GB"/>
              </w:rPr>
            </w:pPr>
          </w:p>
          <w:p w14:paraId="2ADF5B5F" w14:textId="77777777" w:rsidR="00775DBE" w:rsidRDefault="00775DBE">
            <w:pPr>
              <w:jc w:val="center"/>
              <w:rPr>
                <w:color w:val="000000"/>
                <w:sz w:val="19"/>
                <w:lang w:val="en-GB"/>
              </w:rPr>
            </w:pPr>
          </w:p>
          <w:p w14:paraId="6BFF73AB" w14:textId="77777777" w:rsidR="00775DBE" w:rsidRDefault="00775DBE">
            <w:pPr>
              <w:jc w:val="center"/>
              <w:rPr>
                <w:color w:val="000000"/>
                <w:sz w:val="19"/>
                <w:lang w:val="en-GB"/>
              </w:rPr>
            </w:pPr>
          </w:p>
          <w:p w14:paraId="276ECE6E" w14:textId="77777777" w:rsidR="00775DBE" w:rsidRDefault="00775DBE">
            <w:pPr>
              <w:jc w:val="center"/>
              <w:rPr>
                <w:color w:val="000000"/>
                <w:sz w:val="19"/>
                <w:lang w:val="en-GB"/>
              </w:rPr>
            </w:pPr>
          </w:p>
          <w:p w14:paraId="444257C2" w14:textId="77777777" w:rsidR="00775DBE" w:rsidRDefault="00775DBE">
            <w:pPr>
              <w:jc w:val="center"/>
              <w:rPr>
                <w:color w:val="000000"/>
                <w:sz w:val="19"/>
                <w:lang w:val="en-GB"/>
              </w:rPr>
            </w:pPr>
          </w:p>
          <w:p w14:paraId="2E67D7B1" w14:textId="77777777" w:rsidR="00775DBE" w:rsidRDefault="00775DBE">
            <w:pPr>
              <w:jc w:val="center"/>
              <w:rPr>
                <w:color w:val="000000"/>
                <w:sz w:val="19"/>
                <w:lang w:val="en-GB"/>
              </w:rPr>
            </w:pPr>
          </w:p>
          <w:p w14:paraId="16CD5C8B" w14:textId="402D8C30" w:rsidR="0099380C" w:rsidRDefault="00070916">
            <w:pPr>
              <w:jc w:val="center"/>
            </w:pPr>
            <w:r>
              <w:rPr>
                <w:color w:val="000000"/>
                <w:sz w:val="19"/>
                <w:lang w:val="en-GB"/>
              </w:rPr>
              <w:br/>
            </w:r>
          </w:p>
        </w:tc>
        <w:tc>
          <w:tcPr>
            <w:tcW w:w="4536" w:type="dxa"/>
            <w:gridSpan w:val="2"/>
            <w:tcBorders>
              <w:bottom w:val="single" w:sz="6" w:space="0" w:color="666666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640341" w14:textId="77777777" w:rsidR="0099380C" w:rsidRDefault="00070916">
            <w:pPr>
              <w:jc w:val="center"/>
            </w:pPr>
            <w:r>
              <w:rPr>
                <w:color w:val="000000"/>
                <w:sz w:val="19"/>
                <w:lang w:val="en-GB"/>
              </w:rPr>
              <w:br/>
            </w:r>
          </w:p>
        </w:tc>
      </w:tr>
      <w:tr w:rsidR="0099380C" w14:paraId="53E34B42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jc w:val="center"/>
        </w:trPr>
        <w:tc>
          <w:tcPr>
            <w:tcW w:w="453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515213" w14:textId="77777777" w:rsidR="0099380C" w:rsidRDefault="00070916">
            <w:pPr>
              <w:jc w:val="center"/>
            </w:pPr>
            <w:r>
              <w:rPr>
                <w:color w:val="000000"/>
                <w:sz w:val="19"/>
                <w:lang w:val="en-GB"/>
              </w:rPr>
              <w:t>date of verification</w:t>
            </w:r>
          </w:p>
        </w:tc>
        <w:tc>
          <w:tcPr>
            <w:tcW w:w="453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C670D4" w14:textId="77777777" w:rsidR="0099380C" w:rsidRDefault="00070916">
            <w:pPr>
              <w:jc w:val="center"/>
            </w:pPr>
            <w:r>
              <w:rPr>
                <w:color w:val="000000"/>
                <w:sz w:val="19"/>
                <w:lang w:val="en-GB"/>
              </w:rPr>
              <w:t>name and signature of authorised officer</w:t>
            </w:r>
          </w:p>
        </w:tc>
      </w:tr>
    </w:tbl>
    <w:p w14:paraId="51CAFF70" w14:textId="77777777" w:rsidR="008D7E5D" w:rsidRDefault="008D7E5D"/>
    <w:sectPr w:rsidR="008D7E5D" w:rsidSect="00034616">
      <w:headerReference w:type="default" r:id="rId8"/>
      <w:footerReference w:type="default" r:id="rId9"/>
      <w:pgSz w:w="11906" w:h="16838"/>
      <w:pgMar w:top="2381" w:right="1417" w:bottom="1077" w:left="141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3298" w14:textId="77777777" w:rsidR="00070916" w:rsidRDefault="00070916">
      <w:r>
        <w:separator/>
      </w:r>
    </w:p>
  </w:endnote>
  <w:endnote w:type="continuationSeparator" w:id="0">
    <w:p w14:paraId="06E90933" w14:textId="77777777" w:rsidR="00070916" w:rsidRDefault="0007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766A" w14:textId="3001F1CA" w:rsidR="0099380C" w:rsidRPr="00961B1F" w:rsidRDefault="00070916">
    <w:pPr>
      <w:pStyle w:val="Zpat"/>
      <w:jc w:val="right"/>
      <w:rPr>
        <w:rFonts w:ascii="Clara Sans" w:hAnsi="Clara Sans"/>
      </w:rPr>
    </w:pPr>
    <w:r w:rsidRPr="00961B1F">
      <w:rPr>
        <w:rFonts w:ascii="Clara Sans" w:hAnsi="Clara Sans"/>
        <w:color w:val="000000"/>
        <w:sz w:val="15"/>
      </w:rPr>
      <w:t>Dean’s Measure D</w:t>
    </w:r>
    <w:r w:rsidR="00961B1F" w:rsidRPr="00961B1F">
      <w:rPr>
        <w:rFonts w:ascii="Clara Sans" w:hAnsi="Clara Sans"/>
        <w:color w:val="000000"/>
        <w:sz w:val="15"/>
      </w:rPr>
      <w:t>139</w:t>
    </w:r>
    <w:r w:rsidRPr="00961B1F">
      <w:rPr>
        <w:rFonts w:ascii="Clara Sans" w:hAnsi="Clara Sans"/>
        <w:color w:val="000000"/>
        <w:sz w:val="15"/>
      </w:rPr>
      <w:br/>
      <w:t>Annex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39E6" w14:textId="77777777" w:rsidR="00070916" w:rsidRDefault="00070916">
      <w:r>
        <w:separator/>
      </w:r>
    </w:p>
  </w:footnote>
  <w:footnote w:type="continuationSeparator" w:id="0">
    <w:p w14:paraId="43FAEE94" w14:textId="77777777" w:rsidR="00070916" w:rsidRDefault="00070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8AC5" w14:textId="77777777" w:rsidR="0099380C" w:rsidRDefault="00070916">
    <w:pPr>
      <w:pStyle w:val="Zhlav"/>
    </w:pPr>
    <w:r>
      <w:rPr>
        <w:noProof/>
      </w:rPr>
      <w:drawing>
        <wp:inline distT="0" distB="0" distL="0" distR="0" wp14:anchorId="4C81A992" wp14:editId="2553255A">
          <wp:extent cx="4860000" cy="894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60000" cy="894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2147160">
    <w:abstractNumId w:val="8"/>
  </w:num>
  <w:num w:numId="2" w16cid:durableId="1191844921">
    <w:abstractNumId w:val="6"/>
  </w:num>
  <w:num w:numId="3" w16cid:durableId="21712900">
    <w:abstractNumId w:val="5"/>
  </w:num>
  <w:num w:numId="4" w16cid:durableId="655761047">
    <w:abstractNumId w:val="4"/>
  </w:num>
  <w:num w:numId="5" w16cid:durableId="1599950559">
    <w:abstractNumId w:val="7"/>
  </w:num>
  <w:num w:numId="6" w16cid:durableId="800457769">
    <w:abstractNumId w:val="3"/>
  </w:num>
  <w:num w:numId="7" w16cid:durableId="1837644842">
    <w:abstractNumId w:val="2"/>
  </w:num>
  <w:num w:numId="8" w16cid:durableId="395784961">
    <w:abstractNumId w:val="1"/>
  </w:num>
  <w:num w:numId="9" w16cid:durableId="206714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916"/>
    <w:rsid w:val="00087B8A"/>
    <w:rsid w:val="001104C1"/>
    <w:rsid w:val="0015074B"/>
    <w:rsid w:val="001750E3"/>
    <w:rsid w:val="0029639D"/>
    <w:rsid w:val="00326F90"/>
    <w:rsid w:val="00775DBE"/>
    <w:rsid w:val="007856AD"/>
    <w:rsid w:val="007A3260"/>
    <w:rsid w:val="00883AC8"/>
    <w:rsid w:val="00894291"/>
    <w:rsid w:val="008D7E5D"/>
    <w:rsid w:val="00961B1F"/>
    <w:rsid w:val="00986174"/>
    <w:rsid w:val="0099380C"/>
    <w:rsid w:val="00AA1D8D"/>
    <w:rsid w:val="00B47730"/>
    <w:rsid w:val="00CB056E"/>
    <w:rsid w:val="00CB0664"/>
    <w:rsid w:val="00E2611E"/>
    <w:rsid w:val="00F5152A"/>
    <w:rsid w:val="00FC00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94E38E"/>
  <w14:defaultImageDpi w14:val="300"/>
  <w15:docId w15:val="{9EE47E7F-31F1-D74D-B56B-A54040B4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SUPERVISOR REMUNERATION FOLLOWING SUCCESSFUL COMPLETION OF DOCTORAL STUDIES</dc:title>
  <dc:subject>Annex 1 to draft Dean's Measure</dc:subject>
  <dc:creator>Faculty of Science, University of South Bohemia</dc:creator>
  <cp:keywords/>
  <dc:description>generated by python-docx</dc:description>
  <cp:lastModifiedBy>Vácha František prof. RNDr. Ph.D.</cp:lastModifiedBy>
  <cp:revision>11</cp:revision>
  <dcterms:created xsi:type="dcterms:W3CDTF">2026-09-09T11:54:00Z</dcterms:created>
  <dcterms:modified xsi:type="dcterms:W3CDTF">2026-09-10T10:02:00Z</dcterms:modified>
  <cp:category/>
</cp:coreProperties>
</file>