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3138" w14:textId="647A4803" w:rsidR="00314D67" w:rsidRPr="00EA541A" w:rsidRDefault="00000000">
      <w:pPr>
        <w:keepNext/>
        <w:spacing w:before="120" w:after="360"/>
        <w:jc w:val="right"/>
        <w:rPr>
          <w:rFonts w:ascii="Clara Sans" w:hAnsi="Clara Sans"/>
        </w:rPr>
      </w:pPr>
      <w:r w:rsidRPr="00EA541A">
        <w:rPr>
          <w:rFonts w:ascii="Clara Sans" w:hAnsi="Clara Sans"/>
          <w:i/>
          <w:color w:val="000000"/>
          <w:sz w:val="23"/>
          <w:lang w:val="cs-CZ"/>
        </w:rPr>
        <w:t>Příloha č. 1 k opatření děkana D</w:t>
      </w:r>
      <w:r w:rsidR="00EA541A" w:rsidRPr="00EA541A">
        <w:rPr>
          <w:rFonts w:ascii="Clara Sans" w:hAnsi="Clara Sans"/>
          <w:i/>
          <w:color w:val="000000"/>
          <w:sz w:val="23"/>
          <w:lang w:val="cs-CZ"/>
        </w:rPr>
        <w:t>139</w:t>
      </w:r>
    </w:p>
    <w:p w14:paraId="292DFEE5" w14:textId="77777777" w:rsidR="00314D67" w:rsidRDefault="00000000">
      <w:pPr>
        <w:keepNext/>
        <w:keepLines/>
        <w:spacing w:after="280"/>
        <w:jc w:val="center"/>
      </w:pPr>
      <w:r>
        <w:rPr>
          <w:b/>
          <w:color w:val="000000"/>
          <w:sz w:val="28"/>
          <w:lang w:val="cs-CZ"/>
        </w:rPr>
        <w:t>ŽÁDOST O PŘIZNÁNÍ ODMĚNY ŠKOLITELI PO ÚSPĚŠNÉM UKONČENÍ DOKTORSKÉHO STUDIA</w:t>
      </w:r>
    </w:p>
    <w:p w14:paraId="649870F4" w14:textId="19B45F3D" w:rsidR="00314D67" w:rsidRDefault="00000000">
      <w:pPr>
        <w:keepLines/>
        <w:spacing w:after="140"/>
        <w:jc w:val="both"/>
      </w:pPr>
      <w:r>
        <w:rPr>
          <w:color w:val="000000"/>
          <w:lang w:val="cs-CZ"/>
        </w:rPr>
        <w:t>Vyplněný formulář zašle školitel po úspěšné obhajobě disertační práce a řádném ukončení studia kanceláři proděkanky pro doktorské studium.</w:t>
      </w:r>
    </w:p>
    <w:p w14:paraId="473231B5" w14:textId="77777777" w:rsidR="00314D67" w:rsidRDefault="00000000">
      <w:pPr>
        <w:keepNext/>
        <w:spacing w:before="200" w:after="100"/>
      </w:pPr>
      <w:r>
        <w:rPr>
          <w:b/>
          <w:color w:val="000000"/>
          <w:sz w:val="23"/>
          <w:lang w:val="cs-CZ"/>
        </w:rPr>
        <w:t>ÚDAJE O ŠKOLITELI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314D67" w14:paraId="74A1F6EF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BA9CA43" w14:textId="77777777" w:rsidR="00314D67" w:rsidRDefault="00000000">
            <w:r>
              <w:rPr>
                <w:b/>
                <w:color w:val="000000"/>
                <w:lang w:val="cs-CZ"/>
              </w:rPr>
              <w:t>Jméno a příjmení, tituly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BC1608D" w14:textId="77777777" w:rsidR="00314D67" w:rsidRDefault="00314D67"/>
        </w:tc>
      </w:tr>
      <w:tr w:rsidR="00314D67" w14:paraId="17D8D81B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48B1674" w14:textId="77777777" w:rsidR="00314D67" w:rsidRDefault="00000000">
            <w:r>
              <w:rPr>
                <w:b/>
                <w:color w:val="000000"/>
                <w:lang w:val="cs-CZ"/>
              </w:rPr>
              <w:t>Pracoviště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6E91BB5" w14:textId="77777777" w:rsidR="00314D67" w:rsidRDefault="00314D67"/>
        </w:tc>
      </w:tr>
      <w:tr w:rsidR="00314D67" w14:paraId="4A1CC08B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4E7461E" w14:textId="77777777" w:rsidR="00314D67" w:rsidRDefault="00000000">
            <w:r>
              <w:rPr>
                <w:b/>
                <w:color w:val="000000"/>
                <w:lang w:val="cs-CZ"/>
              </w:rPr>
              <w:t>E-mail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779E395" w14:textId="77777777" w:rsidR="00314D67" w:rsidRDefault="00314D67"/>
        </w:tc>
      </w:tr>
      <w:tr w:rsidR="00314D67" w14:paraId="7FB97F0F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C13602C" w14:textId="77777777" w:rsidR="00314D67" w:rsidRDefault="00000000">
            <w:r>
              <w:rPr>
                <w:b/>
                <w:color w:val="000000"/>
                <w:lang w:val="cs-CZ"/>
              </w:rPr>
              <w:t>Zaměstnanec JU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E5D635C" w14:textId="77777777" w:rsidR="00314D67" w:rsidRDefault="00000000">
            <w:r>
              <w:rPr>
                <w:color w:val="000000"/>
                <w:lang w:val="cs-CZ"/>
              </w:rPr>
              <w:t>☐ ano      ☐ ne</w:t>
            </w:r>
          </w:p>
        </w:tc>
      </w:tr>
    </w:tbl>
    <w:p w14:paraId="0A4C5CF6" w14:textId="77777777" w:rsidR="00314D67" w:rsidRDefault="00000000">
      <w:pPr>
        <w:keepNext/>
        <w:spacing w:before="200" w:after="100"/>
      </w:pPr>
      <w:r>
        <w:rPr>
          <w:b/>
          <w:color w:val="000000"/>
          <w:sz w:val="23"/>
          <w:lang w:val="cs-CZ"/>
        </w:rPr>
        <w:t>ÚDAJE O STUDENTOVI A UKONČENÍ STUDIA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314D67" w14:paraId="4E013B57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E96FC3F" w14:textId="77777777" w:rsidR="00314D67" w:rsidRDefault="00000000">
            <w:r>
              <w:rPr>
                <w:b/>
                <w:color w:val="000000"/>
                <w:lang w:val="cs-CZ"/>
              </w:rPr>
              <w:t>Jméno a příjmení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157BD2C" w14:textId="77777777" w:rsidR="00314D67" w:rsidRDefault="00314D67"/>
        </w:tc>
      </w:tr>
      <w:tr w:rsidR="00314D67" w14:paraId="233386AF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CDF8863" w14:textId="77777777" w:rsidR="00314D67" w:rsidRDefault="00000000">
            <w:r>
              <w:rPr>
                <w:b/>
                <w:color w:val="000000"/>
                <w:lang w:val="cs-CZ"/>
              </w:rPr>
              <w:t>Studijní program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67FE2FA" w14:textId="77777777" w:rsidR="00314D67" w:rsidRDefault="00314D67"/>
        </w:tc>
      </w:tr>
      <w:tr w:rsidR="00314D67" w14:paraId="4690EEA0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AC2B6C7" w14:textId="77777777" w:rsidR="00314D67" w:rsidRDefault="00000000">
            <w:r>
              <w:rPr>
                <w:b/>
                <w:color w:val="000000"/>
                <w:lang w:val="cs-CZ"/>
              </w:rPr>
              <w:t>Datum prvního zápisu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AEAA38B" w14:textId="77777777" w:rsidR="00314D67" w:rsidRDefault="00314D67"/>
        </w:tc>
      </w:tr>
      <w:tr w:rsidR="00314D67" w14:paraId="230F506B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2450A15" w14:textId="77777777" w:rsidR="00314D67" w:rsidRDefault="00000000">
            <w:r>
              <w:rPr>
                <w:b/>
                <w:color w:val="000000"/>
                <w:lang w:val="cs-CZ"/>
              </w:rPr>
              <w:t>Datum úspěšné obhajoby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DA08B5D" w14:textId="77777777" w:rsidR="00314D67" w:rsidRDefault="00314D67"/>
        </w:tc>
      </w:tr>
    </w:tbl>
    <w:p w14:paraId="7B5E77B2" w14:textId="77777777" w:rsidR="00314D67" w:rsidRDefault="00000000">
      <w:pPr>
        <w:keepNext/>
        <w:spacing w:before="200" w:after="100"/>
      </w:pPr>
      <w:r>
        <w:rPr>
          <w:b/>
          <w:color w:val="000000"/>
          <w:sz w:val="23"/>
          <w:lang w:val="cs-CZ"/>
        </w:rPr>
        <w:t>POŽADOVANÁ ODMĚNA ŠKOLITELE</w:t>
      </w:r>
    </w:p>
    <w:p w14:paraId="7222DF66" w14:textId="77777777" w:rsidR="00314D67" w:rsidRDefault="00000000">
      <w:pPr>
        <w:keepLines/>
        <w:spacing w:after="80"/>
      </w:pPr>
      <w:r>
        <w:rPr>
          <w:color w:val="000000"/>
          <w:lang w:val="cs-CZ"/>
        </w:rPr>
        <w:t>☐  30 000 Kč – studium řádně ukončeno ve standardní době studia</w:t>
      </w:r>
    </w:p>
    <w:p w14:paraId="3EE12FEF" w14:textId="77777777" w:rsidR="00314D67" w:rsidRDefault="00000000">
      <w:pPr>
        <w:keepLines/>
        <w:spacing w:after="80"/>
      </w:pPr>
      <w:r>
        <w:rPr>
          <w:color w:val="000000"/>
          <w:lang w:val="cs-CZ"/>
        </w:rPr>
        <w:t>☐  15 000 Kč – studium řádně ukončeno nejpozději ve standardní době studia navýšené o jeden rok</w:t>
      </w:r>
    </w:p>
    <w:p w14:paraId="5FF8C29B" w14:textId="77777777" w:rsidR="00314D67" w:rsidRDefault="00000000">
      <w:pPr>
        <w:keepLines/>
        <w:spacing w:before="140" w:after="120"/>
        <w:rPr>
          <w:color w:val="000000"/>
          <w:lang w:val="cs-CZ"/>
        </w:rPr>
      </w:pPr>
      <w:r>
        <w:rPr>
          <w:color w:val="000000"/>
          <w:lang w:val="cs-CZ"/>
        </w:rPr>
        <w:t>Žádám o přiznání odměny podle článku I opatření děkana Dxxx a potvrzuji správnost uvedených údajů.</w:t>
      </w:r>
    </w:p>
    <w:p w14:paraId="6AB725C3" w14:textId="77777777" w:rsidR="006123A9" w:rsidRDefault="006123A9">
      <w:pPr>
        <w:keepLines/>
        <w:spacing w:before="140" w:after="120"/>
        <w:rPr>
          <w:color w:val="000000"/>
          <w:lang w:val="cs-CZ"/>
        </w:rPr>
      </w:pPr>
    </w:p>
    <w:p w14:paraId="23A9C9C9" w14:textId="77777777" w:rsidR="006123A9" w:rsidRDefault="006123A9">
      <w:pPr>
        <w:keepLines/>
        <w:spacing w:before="140" w:after="120"/>
        <w:rPr>
          <w:color w:val="000000"/>
          <w:lang w:val="cs-CZ"/>
        </w:rPr>
      </w:pPr>
    </w:p>
    <w:p w14:paraId="28E3AE67" w14:textId="77777777" w:rsidR="006123A9" w:rsidRDefault="006123A9">
      <w:pPr>
        <w:keepLines/>
        <w:spacing w:before="140" w:after="12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314D67" w14:paraId="2F006D4E" w14:textId="77777777">
        <w:trPr>
          <w:jc w:val="center"/>
        </w:trPr>
        <w:tc>
          <w:tcPr>
            <w:tcW w:w="4536" w:type="dxa"/>
            <w:tcBorders>
              <w:bottom w:val="single" w:sz="6" w:space="0" w:color="666666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4EABE4" w14:textId="77777777" w:rsidR="00314D67" w:rsidRDefault="00000000">
            <w:pPr>
              <w:jc w:val="center"/>
            </w:pPr>
            <w:r>
              <w:rPr>
                <w:color w:val="000000"/>
                <w:sz w:val="19"/>
                <w:lang w:val="cs-CZ"/>
              </w:rPr>
              <w:br/>
            </w:r>
          </w:p>
        </w:tc>
        <w:tc>
          <w:tcPr>
            <w:tcW w:w="4536" w:type="dxa"/>
            <w:tcBorders>
              <w:bottom w:val="single" w:sz="6" w:space="0" w:color="666666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254623" w14:textId="77777777" w:rsidR="00314D67" w:rsidRDefault="00000000">
            <w:pPr>
              <w:jc w:val="center"/>
            </w:pPr>
            <w:r>
              <w:rPr>
                <w:color w:val="000000"/>
                <w:sz w:val="19"/>
                <w:lang w:val="cs-CZ"/>
              </w:rPr>
              <w:br/>
            </w:r>
          </w:p>
        </w:tc>
      </w:tr>
      <w:tr w:rsidR="00314D67" w14:paraId="61E3380A" w14:textId="77777777">
        <w:trPr>
          <w:jc w:val="center"/>
        </w:trPr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6E12D7" w14:textId="77777777" w:rsidR="00314D67" w:rsidRDefault="00000000">
            <w:pPr>
              <w:jc w:val="center"/>
            </w:pPr>
            <w:r>
              <w:rPr>
                <w:color w:val="000000"/>
                <w:sz w:val="19"/>
                <w:lang w:val="cs-CZ"/>
              </w:rPr>
              <w:t>místo a datum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D5A337" w14:textId="77777777" w:rsidR="00314D67" w:rsidRDefault="00000000">
            <w:pPr>
              <w:jc w:val="center"/>
            </w:pPr>
            <w:r>
              <w:rPr>
                <w:color w:val="000000"/>
                <w:sz w:val="19"/>
                <w:lang w:val="cs-CZ"/>
              </w:rPr>
              <w:t>podpis školitele</w:t>
            </w:r>
          </w:p>
        </w:tc>
      </w:tr>
    </w:tbl>
    <w:p w14:paraId="64E9C746" w14:textId="77777777" w:rsidR="00314D67" w:rsidRDefault="00000000">
      <w:r>
        <w:br w:type="page"/>
      </w:r>
    </w:p>
    <w:p w14:paraId="778EBAFE" w14:textId="77777777" w:rsidR="00314D67" w:rsidRDefault="00000000">
      <w:pPr>
        <w:keepNext/>
        <w:spacing w:before="200" w:after="100"/>
      </w:pPr>
      <w:r>
        <w:rPr>
          <w:b/>
          <w:color w:val="000000"/>
          <w:sz w:val="23"/>
          <w:lang w:val="cs-CZ"/>
        </w:rPr>
        <w:lastRenderedPageBreak/>
        <w:t>VOLITELNÝ NÁVRH NA ODMĚNU KONZULTANTOVI</w:t>
      </w:r>
    </w:p>
    <w:p w14:paraId="39A89810" w14:textId="77777777" w:rsidR="00314D67" w:rsidRDefault="00000000">
      <w:pPr>
        <w:spacing w:after="140"/>
      </w:pPr>
      <w:r>
        <w:rPr>
          <w:i/>
          <w:color w:val="000000"/>
          <w:lang w:val="cs-CZ"/>
        </w:rPr>
        <w:t>Tuto část vyplňte pouze tehdy, navrhujete-li přiznání odměny konzultantovi.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314D67" w14:paraId="0D862BCD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DE65F9" w14:textId="77777777" w:rsidR="00314D67" w:rsidRDefault="00000000">
            <w:r>
              <w:rPr>
                <w:b/>
                <w:color w:val="000000"/>
                <w:lang w:val="cs-CZ"/>
              </w:rPr>
              <w:t>Navrhuji odměnu konzultantovi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5FAB1DC" w14:textId="77777777" w:rsidR="00314D67" w:rsidRDefault="00000000">
            <w:r>
              <w:rPr>
                <w:color w:val="000000"/>
                <w:lang w:val="cs-CZ"/>
              </w:rPr>
              <w:t>☐ ano      ☐ ne</w:t>
            </w:r>
          </w:p>
        </w:tc>
      </w:tr>
      <w:tr w:rsidR="00314D67" w14:paraId="1E6BB0C4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F4B1A02" w14:textId="77777777" w:rsidR="00314D67" w:rsidRDefault="00000000">
            <w:r>
              <w:rPr>
                <w:b/>
                <w:color w:val="000000"/>
                <w:lang w:val="cs-CZ"/>
              </w:rPr>
              <w:t>Jméno a příjmení, tituly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F31A3F5" w14:textId="77777777" w:rsidR="00314D67" w:rsidRDefault="00314D67"/>
        </w:tc>
      </w:tr>
      <w:tr w:rsidR="00314D67" w14:paraId="01A0645F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46922FA" w14:textId="77777777" w:rsidR="00314D67" w:rsidRDefault="00000000">
            <w:r>
              <w:rPr>
                <w:b/>
                <w:color w:val="000000"/>
                <w:lang w:val="cs-CZ"/>
              </w:rPr>
              <w:t>Pracoviště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06F8724" w14:textId="77777777" w:rsidR="00314D67" w:rsidRDefault="00314D67"/>
        </w:tc>
      </w:tr>
      <w:tr w:rsidR="00314D67" w14:paraId="14F9E845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1374065" w14:textId="77777777" w:rsidR="00314D67" w:rsidRDefault="00000000">
            <w:r>
              <w:rPr>
                <w:b/>
                <w:color w:val="000000"/>
                <w:lang w:val="cs-CZ"/>
              </w:rPr>
              <w:t>E-mail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FAE18CB" w14:textId="77777777" w:rsidR="00314D67" w:rsidRDefault="00314D67"/>
        </w:tc>
      </w:tr>
      <w:tr w:rsidR="00314D67" w14:paraId="2631765B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25052FE" w14:textId="77777777" w:rsidR="00314D67" w:rsidRDefault="00000000">
            <w:r>
              <w:rPr>
                <w:b/>
                <w:color w:val="000000"/>
                <w:lang w:val="cs-CZ"/>
              </w:rPr>
              <w:t>Zaměstnanec JU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E8CAF64" w14:textId="77777777" w:rsidR="00314D67" w:rsidRDefault="00000000">
            <w:r>
              <w:rPr>
                <w:color w:val="000000"/>
                <w:lang w:val="cs-CZ"/>
              </w:rPr>
              <w:t>☐ ano      ☐ ne</w:t>
            </w:r>
          </w:p>
        </w:tc>
      </w:tr>
      <w:tr w:rsidR="00314D67" w14:paraId="147C6F05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296519B" w14:textId="77777777" w:rsidR="00314D67" w:rsidRDefault="00000000">
            <w:r>
              <w:rPr>
                <w:b/>
                <w:color w:val="000000"/>
                <w:lang w:val="cs-CZ"/>
              </w:rPr>
              <w:t>Navrhovaná výše odměny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BC58B43" w14:textId="77777777" w:rsidR="00314D67" w:rsidRDefault="00000000">
            <w:r>
              <w:rPr>
                <w:color w:val="000000"/>
                <w:lang w:val="cs-CZ"/>
              </w:rPr>
              <w:t>________________ Kč</w:t>
            </w:r>
          </w:p>
        </w:tc>
      </w:tr>
    </w:tbl>
    <w:p w14:paraId="04BBD907" w14:textId="77777777" w:rsidR="00314D67" w:rsidRDefault="00000000">
      <w:pPr>
        <w:keepNext/>
        <w:spacing w:before="200" w:after="100"/>
      </w:pPr>
      <w:r>
        <w:rPr>
          <w:b/>
          <w:color w:val="000000"/>
          <w:sz w:val="23"/>
          <w:lang w:val="cs-CZ"/>
        </w:rPr>
        <w:t>Stručné odůvodnění podílu konzultanta na odborném vedení doktoranda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314D67" w14:paraId="4861056D" w14:textId="77777777">
        <w:trPr>
          <w:jc w:val="center"/>
        </w:trPr>
        <w:tc>
          <w:tcPr>
            <w:tcW w:w="9072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5819C96" w14:textId="77777777" w:rsidR="00314D67" w:rsidRDefault="00000000">
            <w:r>
              <w:rPr>
                <w:color w:val="000000"/>
                <w:lang w:val="cs-CZ"/>
              </w:rPr>
              <w:br/>
            </w:r>
            <w:r>
              <w:rPr>
                <w:color w:val="000000"/>
                <w:lang w:val="cs-CZ"/>
              </w:rPr>
              <w:br/>
            </w:r>
            <w:r>
              <w:rPr>
                <w:color w:val="000000"/>
                <w:lang w:val="cs-CZ"/>
              </w:rPr>
              <w:br/>
            </w:r>
            <w:r>
              <w:rPr>
                <w:color w:val="000000"/>
                <w:lang w:val="cs-CZ"/>
              </w:rPr>
              <w:br/>
            </w:r>
            <w:r>
              <w:rPr>
                <w:color w:val="000000"/>
                <w:lang w:val="cs-CZ"/>
              </w:rPr>
              <w:br/>
            </w:r>
          </w:p>
        </w:tc>
      </w:tr>
    </w:tbl>
    <w:p w14:paraId="4D1A05C2" w14:textId="41A65C1E" w:rsidR="00314D67" w:rsidRDefault="00000000">
      <w:pPr>
        <w:keepNext/>
        <w:spacing w:before="200" w:after="100"/>
      </w:pPr>
      <w:r>
        <w:rPr>
          <w:b/>
          <w:color w:val="000000"/>
          <w:sz w:val="23"/>
          <w:lang w:val="cs-CZ"/>
        </w:rPr>
        <w:t>PRO POTŘEBY KANCELÁŘE PRODĚKANKY PRO DOKTORSKÉ STUDIUM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1588"/>
        <w:gridCol w:w="4535"/>
        <w:gridCol w:w="34"/>
      </w:tblGrid>
      <w:tr w:rsidR="00314D67" w14:paraId="2E80FC2F" w14:textId="77777777">
        <w:trPr>
          <w:gridAfter w:val="1"/>
          <w:wAfter w:w="34" w:type="dxa"/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A5BB12D" w14:textId="77777777" w:rsidR="00314D67" w:rsidRDefault="00000000">
            <w:r>
              <w:rPr>
                <w:b/>
                <w:color w:val="000000"/>
                <w:lang w:val="cs-CZ"/>
              </w:rPr>
              <w:t>Splnění podmínek ověřeno</w:t>
            </w:r>
          </w:p>
        </w:tc>
        <w:tc>
          <w:tcPr>
            <w:tcW w:w="6123" w:type="dxa"/>
            <w:gridSpan w:val="2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AA8F30D" w14:textId="77777777" w:rsidR="00314D67" w:rsidRDefault="00000000">
            <w:r>
              <w:rPr>
                <w:color w:val="000000"/>
                <w:lang w:val="cs-CZ"/>
              </w:rPr>
              <w:t>☐ ano      ☐ ne</w:t>
            </w:r>
          </w:p>
        </w:tc>
      </w:tr>
      <w:tr w:rsidR="00314D67" w14:paraId="70A95E26" w14:textId="77777777">
        <w:trPr>
          <w:gridAfter w:val="1"/>
          <w:wAfter w:w="34" w:type="dxa"/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5577556" w14:textId="77777777" w:rsidR="00314D67" w:rsidRDefault="00000000">
            <w:r>
              <w:rPr>
                <w:b/>
                <w:color w:val="000000"/>
                <w:lang w:val="cs-CZ"/>
              </w:rPr>
              <w:t>Potvrzená odměna školitele</w:t>
            </w:r>
          </w:p>
        </w:tc>
        <w:tc>
          <w:tcPr>
            <w:tcW w:w="6123" w:type="dxa"/>
            <w:gridSpan w:val="2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73D2B0D" w14:textId="77777777" w:rsidR="00314D67" w:rsidRDefault="00000000">
            <w:r>
              <w:rPr>
                <w:color w:val="000000"/>
                <w:lang w:val="cs-CZ"/>
              </w:rPr>
              <w:t>________________ Kč</w:t>
            </w:r>
          </w:p>
        </w:tc>
      </w:tr>
      <w:tr w:rsidR="00314D67" w14:paraId="7EDBA0FC" w14:textId="77777777">
        <w:trPr>
          <w:gridAfter w:val="1"/>
          <w:wAfter w:w="34" w:type="dxa"/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C8DBC23" w14:textId="77777777" w:rsidR="00314D67" w:rsidRDefault="00000000">
            <w:r>
              <w:rPr>
                <w:b/>
                <w:color w:val="000000"/>
                <w:lang w:val="cs-CZ"/>
              </w:rPr>
              <w:t>Navržená odměna konzultanta</w:t>
            </w:r>
          </w:p>
        </w:tc>
        <w:tc>
          <w:tcPr>
            <w:tcW w:w="6123" w:type="dxa"/>
            <w:gridSpan w:val="2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4774695" w14:textId="77777777" w:rsidR="00314D67" w:rsidRDefault="00000000">
            <w:r>
              <w:rPr>
                <w:color w:val="000000"/>
                <w:lang w:val="cs-CZ"/>
              </w:rPr>
              <w:t>________________ Kč</w:t>
            </w:r>
          </w:p>
        </w:tc>
      </w:tr>
      <w:tr w:rsidR="00314D67" w14:paraId="6CB4E4E6" w14:textId="77777777">
        <w:trPr>
          <w:gridAfter w:val="1"/>
          <w:wAfter w:w="34" w:type="dxa"/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ABBE21A" w14:textId="77777777" w:rsidR="00314D67" w:rsidRDefault="00000000">
            <w:r>
              <w:rPr>
                <w:b/>
                <w:color w:val="000000"/>
                <w:lang w:val="cs-CZ"/>
              </w:rPr>
              <w:t>Poznámka</w:t>
            </w:r>
          </w:p>
        </w:tc>
        <w:tc>
          <w:tcPr>
            <w:tcW w:w="6123" w:type="dxa"/>
            <w:gridSpan w:val="2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4DDD158" w14:textId="77777777" w:rsidR="00314D67" w:rsidRDefault="00000000">
            <w:r>
              <w:rPr>
                <w:color w:val="000000"/>
                <w:lang w:val="cs-CZ"/>
              </w:rPr>
              <w:br/>
            </w:r>
            <w:r>
              <w:rPr>
                <w:color w:val="000000"/>
                <w:lang w:val="cs-CZ"/>
              </w:rPr>
              <w:br/>
            </w:r>
          </w:p>
        </w:tc>
      </w:tr>
      <w:tr w:rsidR="00314D67" w14:paraId="62E8C520" w14:textId="7777777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jc w:val="center"/>
        </w:trPr>
        <w:tc>
          <w:tcPr>
            <w:tcW w:w="4536" w:type="dxa"/>
            <w:gridSpan w:val="2"/>
            <w:tcBorders>
              <w:bottom w:val="single" w:sz="6" w:space="0" w:color="666666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C032FA" w14:textId="77777777" w:rsidR="00314D67" w:rsidRDefault="00000000">
            <w:pPr>
              <w:jc w:val="center"/>
            </w:pPr>
            <w:r>
              <w:rPr>
                <w:color w:val="000000"/>
                <w:sz w:val="19"/>
                <w:lang w:val="cs-CZ"/>
              </w:rPr>
              <w:br/>
            </w:r>
          </w:p>
          <w:p w14:paraId="4B0B3186" w14:textId="77777777" w:rsidR="006123A9" w:rsidRDefault="006123A9">
            <w:pPr>
              <w:jc w:val="center"/>
            </w:pPr>
          </w:p>
          <w:p w14:paraId="1833858D" w14:textId="77777777" w:rsidR="006123A9" w:rsidRDefault="006123A9">
            <w:pPr>
              <w:jc w:val="center"/>
            </w:pPr>
          </w:p>
          <w:p w14:paraId="4165AC00" w14:textId="77777777" w:rsidR="006123A9" w:rsidRDefault="006123A9">
            <w:pPr>
              <w:jc w:val="center"/>
            </w:pPr>
          </w:p>
          <w:p w14:paraId="13794F4F" w14:textId="77777777" w:rsidR="006123A9" w:rsidRDefault="006123A9">
            <w:pPr>
              <w:jc w:val="center"/>
            </w:pPr>
          </w:p>
          <w:p w14:paraId="609BC992" w14:textId="77777777" w:rsidR="006123A9" w:rsidRDefault="006123A9">
            <w:pPr>
              <w:jc w:val="center"/>
            </w:pPr>
          </w:p>
          <w:p w14:paraId="775C7B86" w14:textId="77777777" w:rsidR="006123A9" w:rsidRDefault="006123A9">
            <w:pPr>
              <w:jc w:val="center"/>
            </w:pPr>
          </w:p>
          <w:p w14:paraId="1F0A2FB8" w14:textId="77777777" w:rsidR="006123A9" w:rsidRDefault="006123A9">
            <w:pPr>
              <w:jc w:val="center"/>
            </w:pPr>
          </w:p>
          <w:p w14:paraId="72BE33C7" w14:textId="77777777" w:rsidR="006123A9" w:rsidRDefault="006123A9">
            <w:pPr>
              <w:jc w:val="center"/>
            </w:pPr>
          </w:p>
        </w:tc>
        <w:tc>
          <w:tcPr>
            <w:tcW w:w="4536" w:type="dxa"/>
            <w:gridSpan w:val="2"/>
            <w:tcBorders>
              <w:bottom w:val="single" w:sz="6" w:space="0" w:color="666666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D54C9D" w14:textId="77777777" w:rsidR="00314D67" w:rsidRDefault="00000000">
            <w:pPr>
              <w:jc w:val="center"/>
            </w:pPr>
            <w:r>
              <w:rPr>
                <w:color w:val="000000"/>
                <w:sz w:val="19"/>
                <w:lang w:val="cs-CZ"/>
              </w:rPr>
              <w:br/>
            </w:r>
          </w:p>
        </w:tc>
      </w:tr>
      <w:tr w:rsidR="00314D67" w14:paraId="2120151E" w14:textId="7777777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jc w:val="center"/>
        </w:trPr>
        <w:tc>
          <w:tcPr>
            <w:tcW w:w="453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DF4F45" w14:textId="77777777" w:rsidR="00314D67" w:rsidRDefault="00000000">
            <w:pPr>
              <w:jc w:val="center"/>
            </w:pPr>
            <w:r>
              <w:rPr>
                <w:color w:val="000000"/>
                <w:sz w:val="19"/>
                <w:lang w:val="cs-CZ"/>
              </w:rPr>
              <w:t>datum kontroly</w:t>
            </w:r>
          </w:p>
        </w:tc>
        <w:tc>
          <w:tcPr>
            <w:tcW w:w="453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F0BA19" w14:textId="77777777" w:rsidR="00314D67" w:rsidRDefault="00000000">
            <w:pPr>
              <w:jc w:val="center"/>
            </w:pPr>
            <w:r>
              <w:rPr>
                <w:color w:val="000000"/>
                <w:sz w:val="19"/>
                <w:lang w:val="cs-CZ"/>
              </w:rPr>
              <w:t>jméno a podpis oprávněné osoby</w:t>
            </w:r>
          </w:p>
        </w:tc>
      </w:tr>
    </w:tbl>
    <w:p w14:paraId="66D6F70A" w14:textId="77777777" w:rsidR="00B75E28" w:rsidRDefault="00B75E28"/>
    <w:sectPr w:rsidR="00B75E28" w:rsidSect="00034616">
      <w:headerReference w:type="default" r:id="rId8"/>
      <w:footerReference w:type="default" r:id="rId9"/>
      <w:pgSz w:w="11906" w:h="16838"/>
      <w:pgMar w:top="2381" w:right="1417" w:bottom="1077" w:left="141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69FE" w14:textId="77777777" w:rsidR="002C1809" w:rsidRDefault="002C1809">
      <w:r>
        <w:separator/>
      </w:r>
    </w:p>
  </w:endnote>
  <w:endnote w:type="continuationSeparator" w:id="0">
    <w:p w14:paraId="22DF5192" w14:textId="77777777" w:rsidR="002C1809" w:rsidRDefault="002C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6569" w14:textId="0BA18703" w:rsidR="00314D67" w:rsidRPr="00EA541A" w:rsidRDefault="00000000">
    <w:pPr>
      <w:pStyle w:val="Zpat"/>
      <w:jc w:val="right"/>
      <w:rPr>
        <w:rFonts w:ascii="Clara Sans" w:hAnsi="Clara Sans"/>
      </w:rPr>
    </w:pPr>
    <w:proofErr w:type="spellStart"/>
    <w:r w:rsidRPr="00EA541A">
      <w:rPr>
        <w:rFonts w:ascii="Clara Sans" w:hAnsi="Clara Sans"/>
        <w:color w:val="000000"/>
        <w:sz w:val="15"/>
      </w:rPr>
      <w:t>Opatření</w:t>
    </w:r>
    <w:proofErr w:type="spellEnd"/>
    <w:r w:rsidRPr="00EA541A">
      <w:rPr>
        <w:rFonts w:ascii="Clara Sans" w:hAnsi="Clara Sans"/>
        <w:color w:val="000000"/>
        <w:sz w:val="15"/>
      </w:rPr>
      <w:t xml:space="preserve"> </w:t>
    </w:r>
    <w:proofErr w:type="spellStart"/>
    <w:r w:rsidRPr="00EA541A">
      <w:rPr>
        <w:rFonts w:ascii="Clara Sans" w:hAnsi="Clara Sans"/>
        <w:color w:val="000000"/>
        <w:sz w:val="15"/>
      </w:rPr>
      <w:t>děkana</w:t>
    </w:r>
    <w:proofErr w:type="spellEnd"/>
    <w:r w:rsidRPr="00EA541A">
      <w:rPr>
        <w:rFonts w:ascii="Clara Sans" w:hAnsi="Clara Sans"/>
        <w:color w:val="000000"/>
        <w:sz w:val="15"/>
      </w:rPr>
      <w:t xml:space="preserve"> D</w:t>
    </w:r>
    <w:r w:rsidR="00EA541A" w:rsidRPr="00EA541A">
      <w:rPr>
        <w:rFonts w:ascii="Clara Sans" w:hAnsi="Clara Sans"/>
        <w:color w:val="000000"/>
        <w:sz w:val="15"/>
      </w:rPr>
      <w:t>139</w:t>
    </w:r>
    <w:r w:rsidRPr="00EA541A">
      <w:rPr>
        <w:rFonts w:ascii="Clara Sans" w:hAnsi="Clara Sans"/>
        <w:color w:val="000000"/>
        <w:sz w:val="15"/>
      </w:rPr>
      <w:br/>
      <w:t>Příloha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13C76" w14:textId="77777777" w:rsidR="002C1809" w:rsidRDefault="002C1809">
      <w:r>
        <w:separator/>
      </w:r>
    </w:p>
  </w:footnote>
  <w:footnote w:type="continuationSeparator" w:id="0">
    <w:p w14:paraId="4A4E8D56" w14:textId="77777777" w:rsidR="002C1809" w:rsidRDefault="002C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563A" w14:textId="77777777" w:rsidR="00314D67" w:rsidRDefault="00000000">
    <w:pPr>
      <w:pStyle w:val="Zhlav"/>
    </w:pPr>
    <w:r>
      <w:rPr>
        <w:noProof/>
      </w:rPr>
      <w:drawing>
        <wp:inline distT="0" distB="0" distL="0" distR="0" wp14:anchorId="2BBF251D" wp14:editId="5EFF8759">
          <wp:extent cx="4860000" cy="8944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60000" cy="894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6027158">
    <w:abstractNumId w:val="8"/>
  </w:num>
  <w:num w:numId="2" w16cid:durableId="1399937944">
    <w:abstractNumId w:val="6"/>
  </w:num>
  <w:num w:numId="3" w16cid:durableId="1065449435">
    <w:abstractNumId w:val="5"/>
  </w:num>
  <w:num w:numId="4" w16cid:durableId="524027824">
    <w:abstractNumId w:val="4"/>
  </w:num>
  <w:num w:numId="5" w16cid:durableId="1292175966">
    <w:abstractNumId w:val="7"/>
  </w:num>
  <w:num w:numId="6" w16cid:durableId="1282566411">
    <w:abstractNumId w:val="3"/>
  </w:num>
  <w:num w:numId="7" w16cid:durableId="1570850354">
    <w:abstractNumId w:val="2"/>
  </w:num>
  <w:num w:numId="8" w16cid:durableId="1617179006">
    <w:abstractNumId w:val="1"/>
  </w:num>
  <w:num w:numId="9" w16cid:durableId="146886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1809"/>
    <w:rsid w:val="00314D67"/>
    <w:rsid w:val="00326F90"/>
    <w:rsid w:val="006123A9"/>
    <w:rsid w:val="00894291"/>
    <w:rsid w:val="00AA1D8D"/>
    <w:rsid w:val="00B47730"/>
    <w:rsid w:val="00B75E28"/>
    <w:rsid w:val="00CB0664"/>
    <w:rsid w:val="00E9618A"/>
    <w:rsid w:val="00EA54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B0024"/>
  <w14:defaultImageDpi w14:val="300"/>
  <w15:docId w15:val="{9EE47E7F-31F1-D74D-B56B-A54040B4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0" w:line="240" w:lineRule="auto"/>
    </w:pPr>
    <w:rPr>
      <w:rFonts w:ascii="Times New Roman" w:eastAsia="Times New Roman" w:hAnsi="Times New Roman" w:cs="Times New Roman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PŘIZNÁNÍ ODMĚNY ŠKOLITELI PO ÚSPĚŠNÉM UKONČENÍ DOKTORSKÉHO STUDIA</dc:title>
  <dc:subject>Annex 1 to draft Dean's Measure</dc:subject>
  <dc:creator>Faculty of Science, University of South Bohemia</dc:creator>
  <cp:keywords/>
  <dc:description>generated by python-docx</dc:description>
  <cp:lastModifiedBy>Vácha František prof. RNDr. Ph.D.</cp:lastModifiedBy>
  <cp:revision>3</cp:revision>
  <dcterms:created xsi:type="dcterms:W3CDTF">2026-09-09T11:39:00Z</dcterms:created>
  <dcterms:modified xsi:type="dcterms:W3CDTF">2026-09-09T13:37:00Z</dcterms:modified>
  <cp:category/>
</cp:coreProperties>
</file>